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A6BF" w14:textId="4690AA97" w:rsidR="00FA16FD" w:rsidRPr="0031204B" w:rsidRDefault="004E42A7">
      <w:pPr>
        <w:spacing w:after="720"/>
        <w:jc w:val="right"/>
        <w:rPr>
          <w:rFonts w:ascii="Times New Roman" w:hAnsi="Times New Roman" w:cs="Times New Roman"/>
          <w:sz w:val="24"/>
          <w:szCs w:val="24"/>
        </w:rPr>
      </w:pPr>
      <w:r w:rsidRPr="0031204B">
        <w:rPr>
          <w:rFonts w:ascii="Times New Roman" w:hAnsi="Times New Roman" w:cs="Times New Roman"/>
          <w:b/>
          <w:sz w:val="24"/>
          <w:szCs w:val="24"/>
        </w:rPr>
        <w:t>PATVIRTINTA</w:t>
      </w:r>
      <w:r w:rsidRPr="0031204B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Pakruojo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Juozo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Pakalnio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menų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2026 m. </w:t>
      </w:r>
      <w:proofErr w:type="spellStart"/>
      <w:r w:rsidR="003724EC" w:rsidRPr="0031204B">
        <w:rPr>
          <w:rFonts w:ascii="Times New Roman" w:hAnsi="Times New Roman" w:cs="Times New Roman"/>
          <w:sz w:val="24"/>
          <w:szCs w:val="24"/>
        </w:rPr>
        <w:t>rugpjūčio</w:t>
      </w:r>
      <w:proofErr w:type="spellEnd"/>
      <w:r w:rsidR="003724EC" w:rsidRPr="0031204B">
        <w:rPr>
          <w:rFonts w:ascii="Times New Roman" w:hAnsi="Times New Roman" w:cs="Times New Roman"/>
          <w:sz w:val="24"/>
          <w:szCs w:val="24"/>
        </w:rPr>
        <w:t xml:space="preserve"> 28</w:t>
      </w:r>
      <w:r w:rsidRPr="0031204B">
        <w:rPr>
          <w:rFonts w:ascii="Times New Roman" w:hAnsi="Times New Roman" w:cs="Times New Roman"/>
          <w:sz w:val="24"/>
          <w:szCs w:val="24"/>
        </w:rPr>
        <w:t xml:space="preserve"> d.</w:t>
      </w:r>
      <w:r w:rsidRPr="0031204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1204B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31204B">
        <w:rPr>
          <w:rFonts w:ascii="Times New Roman" w:hAnsi="Times New Roman" w:cs="Times New Roman"/>
          <w:sz w:val="24"/>
          <w:szCs w:val="24"/>
        </w:rPr>
        <w:t xml:space="preserve"> Nr. V-</w:t>
      </w:r>
      <w:r w:rsidR="003724EC" w:rsidRPr="0031204B">
        <w:rPr>
          <w:rFonts w:ascii="Times New Roman" w:hAnsi="Times New Roman" w:cs="Times New Roman"/>
          <w:sz w:val="24"/>
          <w:szCs w:val="24"/>
        </w:rPr>
        <w:t>124</w:t>
      </w:r>
    </w:p>
    <w:p w14:paraId="3625C9C6" w14:textId="77777777" w:rsidR="00FA16FD" w:rsidRPr="009123F5" w:rsidRDefault="004E42A7">
      <w:pPr>
        <w:spacing w:after="160"/>
        <w:jc w:val="center"/>
        <w:rPr>
          <w:rFonts w:ascii="Times New Roman" w:hAnsi="Times New Roman" w:cs="Times New Roman"/>
          <w:color w:val="auto"/>
        </w:rPr>
      </w:pPr>
      <w:r w:rsidRPr="009123F5">
        <w:rPr>
          <w:rFonts w:ascii="Times New Roman" w:hAnsi="Times New Roman" w:cs="Times New Roman"/>
          <w:b/>
          <w:color w:val="auto"/>
          <w:sz w:val="30"/>
        </w:rPr>
        <w:t>PAKRUOJO JUOZO PAKALNIO MENŲ MOKYKLOS</w:t>
      </w:r>
    </w:p>
    <w:p w14:paraId="2933DBB2" w14:textId="77777777" w:rsidR="00FA16FD" w:rsidRPr="009123F5" w:rsidRDefault="004E42A7">
      <w:pPr>
        <w:spacing w:after="520"/>
        <w:jc w:val="center"/>
        <w:rPr>
          <w:rFonts w:ascii="Times New Roman" w:hAnsi="Times New Roman" w:cs="Times New Roman"/>
          <w:color w:val="auto"/>
        </w:rPr>
      </w:pPr>
      <w:r w:rsidRPr="009123F5">
        <w:rPr>
          <w:rFonts w:ascii="Times New Roman" w:hAnsi="Times New Roman" w:cs="Times New Roman"/>
          <w:b/>
          <w:color w:val="auto"/>
          <w:sz w:val="44"/>
        </w:rPr>
        <w:t>UGDYMO PLANAS</w:t>
      </w:r>
    </w:p>
    <w:p w14:paraId="55695C3D" w14:textId="77777777" w:rsidR="004B0572" w:rsidRPr="009123F5" w:rsidRDefault="004B0572" w:rsidP="004B0572">
      <w:pPr>
        <w:jc w:val="center"/>
        <w:rPr>
          <w:rFonts w:ascii="Times New Roman" w:hAnsi="Times New Roman" w:cs="Times New Roman"/>
          <w:color w:val="auto"/>
        </w:rPr>
      </w:pPr>
      <w:r w:rsidRPr="009123F5">
        <w:rPr>
          <w:rFonts w:ascii="Times New Roman" w:hAnsi="Times New Roman" w:cs="Times New Roman"/>
          <w:b/>
          <w:color w:val="auto"/>
          <w:sz w:val="36"/>
        </w:rPr>
        <w:t>2026–2027 MOKSLO METŲ</w:t>
      </w:r>
    </w:p>
    <w:p w14:paraId="458016A1" w14:textId="7CDB83D5" w:rsidR="00FA16FD" w:rsidRPr="009123F5" w:rsidRDefault="00FA16FD">
      <w:pPr>
        <w:spacing w:after="800"/>
        <w:jc w:val="center"/>
        <w:rPr>
          <w:i/>
        </w:rPr>
      </w:pPr>
    </w:p>
    <w:p w14:paraId="0C5D7B64" w14:textId="79536C4A" w:rsidR="009C1712" w:rsidRPr="009123F5" w:rsidRDefault="009C1712">
      <w:pPr>
        <w:spacing w:after="800"/>
        <w:jc w:val="center"/>
        <w:rPr>
          <w:i/>
        </w:rPr>
      </w:pPr>
    </w:p>
    <w:p w14:paraId="106E3F3B" w14:textId="707C8715" w:rsidR="009C1712" w:rsidRPr="009123F5" w:rsidRDefault="009C1712">
      <w:pPr>
        <w:spacing w:after="800"/>
        <w:jc w:val="center"/>
        <w:rPr>
          <w:i/>
        </w:rPr>
      </w:pPr>
    </w:p>
    <w:p w14:paraId="745729DC" w14:textId="4EEDD93A" w:rsidR="009C1712" w:rsidRPr="009123F5" w:rsidRDefault="009C1712">
      <w:pPr>
        <w:spacing w:after="800"/>
        <w:jc w:val="center"/>
        <w:rPr>
          <w:i/>
        </w:rPr>
      </w:pPr>
    </w:p>
    <w:p w14:paraId="15B36D1A" w14:textId="1F6D288F" w:rsidR="009C1712" w:rsidRPr="009123F5" w:rsidRDefault="009C1712">
      <w:pPr>
        <w:spacing w:after="800"/>
        <w:jc w:val="center"/>
        <w:rPr>
          <w:i/>
        </w:rPr>
      </w:pPr>
    </w:p>
    <w:p w14:paraId="39B9AC93" w14:textId="231E46D7" w:rsidR="009C1712" w:rsidRPr="009123F5" w:rsidRDefault="009C1712">
      <w:pPr>
        <w:spacing w:after="800"/>
        <w:jc w:val="center"/>
        <w:rPr>
          <w:i/>
        </w:rPr>
      </w:pPr>
    </w:p>
    <w:p w14:paraId="5B906BDD" w14:textId="4E86DB3F" w:rsidR="009C1712" w:rsidRPr="009123F5" w:rsidRDefault="009C1712">
      <w:pPr>
        <w:spacing w:after="800"/>
        <w:jc w:val="center"/>
        <w:rPr>
          <w:i/>
        </w:rPr>
      </w:pPr>
    </w:p>
    <w:p w14:paraId="2695D130" w14:textId="5C86D4FC" w:rsidR="009C1712" w:rsidRPr="009123F5" w:rsidRDefault="009C1712">
      <w:pPr>
        <w:spacing w:after="800"/>
        <w:jc w:val="center"/>
        <w:rPr>
          <w:i/>
        </w:rPr>
      </w:pPr>
    </w:p>
    <w:p w14:paraId="3BA5AA61" w14:textId="5D86151E" w:rsidR="009C1712" w:rsidRPr="009123F5" w:rsidRDefault="009C1712">
      <w:pPr>
        <w:spacing w:after="800"/>
        <w:jc w:val="center"/>
        <w:rPr>
          <w:i/>
        </w:rPr>
      </w:pPr>
    </w:p>
    <w:p w14:paraId="7BE4FD7B" w14:textId="77777777" w:rsidR="009C1712" w:rsidRPr="009123F5" w:rsidRDefault="009C1712">
      <w:pPr>
        <w:spacing w:after="800"/>
        <w:jc w:val="center"/>
      </w:pPr>
    </w:p>
    <w:p w14:paraId="5A95F486" w14:textId="45D28E2C" w:rsidR="00E8579C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123F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I SKYRIUS </w:t>
      </w:r>
    </w:p>
    <w:p w14:paraId="39462229" w14:textId="5C699C17" w:rsidR="00FA16FD" w:rsidRPr="009123F5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123F5">
        <w:rPr>
          <w:rFonts w:ascii="Times New Roman" w:hAnsi="Times New Roman" w:cs="Times New Roman"/>
          <w:color w:val="auto"/>
          <w:sz w:val="24"/>
          <w:szCs w:val="24"/>
        </w:rPr>
        <w:t>BENDROSIOS NUOSTATOS</w:t>
      </w:r>
    </w:p>
    <w:p w14:paraId="529962A0" w14:textId="77455035" w:rsidR="00FA16FD" w:rsidRPr="009123F5" w:rsidRDefault="004E42A7" w:rsidP="004B0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3F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Pakruojo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Juozo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Pakalnio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menų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Mokykla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) 2026–2027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planas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planas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reglamentuoja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formalųjį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švietimą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papildančio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– FŠPU),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neformaliojo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neformaliojo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suaugusiųjų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įgyvendinimą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3F5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vietose</w:t>
      </w:r>
      <w:proofErr w:type="spellEnd"/>
      <w:r w:rsidRPr="009123F5">
        <w:rPr>
          <w:rFonts w:ascii="Times New Roman" w:hAnsi="Times New Roman" w:cs="Times New Roman"/>
          <w:sz w:val="24"/>
          <w:szCs w:val="24"/>
        </w:rPr>
        <w:t>.</w:t>
      </w:r>
    </w:p>
    <w:p w14:paraId="616964E5" w14:textId="4A720843" w:rsidR="00FA16FD" w:rsidRDefault="004E42A7" w:rsidP="004B0572">
      <w:pPr>
        <w:tabs>
          <w:tab w:val="left" w:pos="0"/>
          <w:tab w:val="left" w:pos="709"/>
          <w:tab w:val="left" w:pos="993"/>
        </w:tabs>
        <w:spacing w:line="276" w:lineRule="auto"/>
        <w:ind w:firstLine="709"/>
        <w:jc w:val="both"/>
        <w:rPr>
          <w:rFonts w:cs="Times New Roman"/>
          <w:szCs w:val="24"/>
        </w:rPr>
      </w:pPr>
      <w:r w:rsidRPr="009123F5">
        <w:rPr>
          <w:rFonts w:ascii="Times New Roman" w:hAnsi="Times New Roman" w:cs="Times New Roman"/>
          <w:sz w:val="24"/>
          <w:szCs w:val="24"/>
        </w:rPr>
        <w:t>2</w:t>
      </w:r>
      <w:r w:rsidRPr="004B05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plano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paskirtis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apibrėžti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FŠPU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NŠ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nuostatas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kuriomis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vadovaudamasi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Mokykla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atsižvelgdama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bendruomenės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savarankiškai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tikslingai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planuoti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organizuoti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ugdymą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sudaryti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lygias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galimybes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kiekvienam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siekti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asmeninės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pažangos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įgyti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mokymuisi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visą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gyvenimą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būtinų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dalykinių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bendrųjų</w:t>
      </w:r>
      <w:proofErr w:type="spellEnd"/>
      <w:r w:rsidR="004B0572"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4B0572">
        <w:rPr>
          <w:rFonts w:ascii="Times New Roman" w:hAnsi="Times New Roman" w:cs="Times New Roman"/>
          <w:sz w:val="24"/>
          <w:szCs w:val="24"/>
        </w:rPr>
        <w:t>kompetencijų</w:t>
      </w:r>
      <w:proofErr w:type="spellEnd"/>
      <w:r w:rsidR="004B0572" w:rsidRPr="00AC08E6">
        <w:rPr>
          <w:rFonts w:cs="Times New Roman"/>
          <w:szCs w:val="24"/>
        </w:rPr>
        <w:t>.</w:t>
      </w:r>
    </w:p>
    <w:p w14:paraId="7184EB36" w14:textId="6B0093ED" w:rsidR="004B0572" w:rsidRPr="004B0572" w:rsidRDefault="004B0572" w:rsidP="004B0572">
      <w:pPr>
        <w:pStyle w:val="Pagrindiniotekstotrauka"/>
        <w:tabs>
          <w:tab w:val="left" w:pos="709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B057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plano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tikslas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tikslingai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kryptingai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formuoti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vykdomų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FŠPU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NŠ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turinį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ugdant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mokinio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bendrąsias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dalykines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kompetencijas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mokant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mokinius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planuoti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mokymąsi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įsivertinti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vertinti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pasiekimus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ugdant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atsakomybę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savarankiškumą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sudarant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sąlygas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įvairių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gebėjimų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parodyti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tai, ko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išmoko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vykdant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refleksiją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suteikti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meninę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brandą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laiduojant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tęstinumą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aukštesnėse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meninio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</w:rPr>
        <w:t>įstaigose</w:t>
      </w:r>
      <w:proofErr w:type="spellEnd"/>
      <w:r w:rsidRPr="004B0572">
        <w:rPr>
          <w:rFonts w:ascii="Times New Roman" w:hAnsi="Times New Roman" w:cs="Times New Roman"/>
          <w:sz w:val="24"/>
          <w:szCs w:val="24"/>
        </w:rPr>
        <w:t>.</w:t>
      </w:r>
    </w:p>
    <w:p w14:paraId="134067FD" w14:textId="1037D8B9" w:rsidR="004B0572" w:rsidRPr="004B0572" w:rsidRDefault="004B0572" w:rsidP="004B0572">
      <w:pPr>
        <w:pStyle w:val="Pagrindiniotekstotrauka"/>
        <w:tabs>
          <w:tab w:val="left" w:pos="709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724EC">
        <w:rPr>
          <w:rFonts w:ascii="Times New Roman" w:hAnsi="Times New Roman" w:cs="Times New Roman"/>
          <w:sz w:val="24"/>
          <w:szCs w:val="24"/>
        </w:rPr>
        <w:tab/>
      </w:r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4.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plano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uždaviniai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E201A5" w14:textId="77777777" w:rsidR="004B0572" w:rsidRPr="004B0572" w:rsidRDefault="004B0572" w:rsidP="004B0572">
      <w:pPr>
        <w:pStyle w:val="Pagrindiniotekstotrauka"/>
        <w:spacing w:line="276" w:lineRule="auto"/>
        <w:ind w:firstLine="43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4.1.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nustatyti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proceso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organizavimo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tvarką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0165DB48" w14:textId="77777777" w:rsidR="004B0572" w:rsidRPr="004B0572" w:rsidRDefault="004B0572" w:rsidP="004B0572">
      <w:pPr>
        <w:pStyle w:val="Pagrindiniotekstotrauka"/>
        <w:spacing w:line="276" w:lineRule="auto"/>
        <w:ind w:firstLine="43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4.2.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nustatyti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pamokų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valandų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)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skaičių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skirtą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vykdomų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programų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įgyvendinimui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3B99FF72" w14:textId="77777777" w:rsidR="004B0572" w:rsidRPr="004B0572" w:rsidRDefault="004B0572" w:rsidP="004B0572">
      <w:pPr>
        <w:pStyle w:val="Pagrindiniotekstotrauka"/>
        <w:spacing w:line="276" w:lineRule="auto"/>
        <w:ind w:firstLine="43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4.3.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organizuoti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įtraukųjį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ugdymą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atitinkantį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mokinio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ugdymosi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galimybes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ir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4B0572">
        <w:rPr>
          <w:rFonts w:ascii="Times New Roman" w:hAnsi="Times New Roman" w:cs="Times New Roman"/>
          <w:sz w:val="24"/>
          <w:szCs w:val="24"/>
          <w:lang w:val="pl-PL"/>
        </w:rPr>
        <w:t>poreikius</w:t>
      </w:r>
      <w:proofErr w:type="spellEnd"/>
      <w:r w:rsidRPr="004B057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3B3BDCC" w14:textId="77777777" w:rsidR="004B0572" w:rsidRPr="004B0572" w:rsidRDefault="004B0572" w:rsidP="004B0572">
      <w:pPr>
        <w:tabs>
          <w:tab w:val="left" w:pos="0"/>
          <w:tab w:val="left" w:pos="709"/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5B37052" w14:textId="1FE8B3B6" w:rsidR="004B0572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123F5">
        <w:rPr>
          <w:rFonts w:ascii="Times New Roman" w:hAnsi="Times New Roman" w:cs="Times New Roman"/>
          <w:color w:val="auto"/>
          <w:sz w:val="24"/>
          <w:szCs w:val="24"/>
        </w:rPr>
        <w:t>II SKYRIUS</w:t>
      </w:r>
    </w:p>
    <w:p w14:paraId="4617B73A" w14:textId="4981DACB" w:rsidR="00FA16FD" w:rsidRPr="009123F5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123F5">
        <w:rPr>
          <w:rFonts w:ascii="Times New Roman" w:hAnsi="Times New Roman" w:cs="Times New Roman"/>
          <w:color w:val="auto"/>
          <w:sz w:val="24"/>
          <w:szCs w:val="24"/>
        </w:rPr>
        <w:t xml:space="preserve"> UGDYMO PLANO RENGIMAS</w:t>
      </w:r>
    </w:p>
    <w:p w14:paraId="57C4AF5D" w14:textId="617A06DA" w:rsidR="004B0572" w:rsidRPr="006116E9" w:rsidRDefault="004E42A7" w:rsidP="004B0572">
      <w:pPr>
        <w:tabs>
          <w:tab w:val="left" w:pos="0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3F5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4B0572" w:rsidRPr="003C2E28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B0572" w:rsidRPr="003C2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hAnsi="Times New Roman" w:cs="Times New Roman"/>
          <w:sz w:val="24"/>
          <w:szCs w:val="24"/>
        </w:rPr>
        <w:t>planas</w:t>
      </w:r>
      <w:proofErr w:type="spellEnd"/>
      <w:r w:rsidR="004B0572" w:rsidRPr="003C2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hAnsi="Times New Roman" w:cs="Times New Roman"/>
          <w:sz w:val="24"/>
          <w:szCs w:val="24"/>
        </w:rPr>
        <w:t>parengtas</w:t>
      </w:r>
      <w:proofErr w:type="spellEnd"/>
      <w:r w:rsidR="004B0572" w:rsidRPr="003C2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="004B0572" w:rsidRPr="003C2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Lietuvos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Respublikos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švietimo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įstatymo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Nr.I-1489 39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straipsnio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pakeitimo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įstatymu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patvirtintu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2024 m. </w:t>
      </w:r>
      <w:proofErr w:type="spellStart"/>
      <w:r w:rsidR="004B0572" w:rsidRPr="003C2E28">
        <w:rPr>
          <w:rFonts w:ascii="Times New Roman" w:eastAsia="Calibri" w:hAnsi="Times New Roman" w:cs="Times New Roman"/>
          <w:sz w:val="24"/>
          <w:szCs w:val="24"/>
        </w:rPr>
        <w:t>gegužės</w:t>
      </w:r>
      <w:proofErr w:type="spellEnd"/>
      <w:r w:rsidR="004B0572" w:rsidRPr="003C2E28">
        <w:rPr>
          <w:rFonts w:ascii="Times New Roman" w:eastAsia="Calibri" w:hAnsi="Times New Roman" w:cs="Times New Roman"/>
          <w:sz w:val="24"/>
          <w:szCs w:val="24"/>
        </w:rPr>
        <w:t xml:space="preserve"> 16 d. Nr. XIV-2666</w:t>
      </w:r>
      <w:r w:rsidR="004B057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</w:t>
      </w:r>
      <w:r w:rsidR="004B0572">
        <w:rPr>
          <w:rFonts w:ascii="Times New Roman" w:hAnsi="Times New Roman" w:cs="Times New Roman"/>
          <w:sz w:val="24"/>
          <w:szCs w:val="24"/>
        </w:rPr>
        <w:t>ietuvos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š</w:t>
      </w:r>
      <w:r w:rsidR="004B0572" w:rsidRPr="00792D41">
        <w:rPr>
          <w:rFonts w:ascii="Times New Roman" w:hAnsi="Times New Roman" w:cs="Times New Roman"/>
          <w:sz w:val="24"/>
          <w:szCs w:val="24"/>
        </w:rPr>
        <w:t>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įstatymu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(2011 m.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liepos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1 d. Nr. XI-1281</w:t>
      </w:r>
      <w:r w:rsidR="004B0572" w:rsidRPr="00882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Lietuvos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Respublikos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švietimo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mokslo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sporto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ministro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 m.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rugpjūčio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29 d.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įsakymu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 V-887</w:t>
      </w:r>
      <w:r w:rsidR="004B0572" w:rsidRPr="0088209E">
        <w:rPr>
          <w:rFonts w:ascii="Times New Roman" w:eastAsia="Calibri" w:hAnsi="Times New Roman"/>
          <w:caps/>
          <w:color w:val="000000" w:themeColor="text1"/>
          <w:sz w:val="24"/>
        </w:rPr>
        <w:t xml:space="preserve"> ,,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Dėl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švietimo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mokslo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sporto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ministro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 m.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gegužės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21 d.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įsakymo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 V-559 „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Dėl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2025–2026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2026–2027 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mokslo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metų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pradinio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pagrindinio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vidurinio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ugdymo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programų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bendrųjų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ugdymo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planų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patvirtinimo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“ </w:t>
      </w:r>
      <w:proofErr w:type="spellStart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pakeitimo</w:t>
      </w:r>
      <w:proofErr w:type="spellEnd"/>
      <w:r w:rsidR="004B0572" w:rsidRPr="008820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“, </w:t>
      </w:r>
      <w:proofErr w:type="spellStart"/>
      <w:r w:rsidR="004B0572" w:rsidRPr="0088209E">
        <w:rPr>
          <w:rFonts w:ascii="Times New Roman" w:hAnsi="Times New Roman" w:cs="Times New Roman"/>
          <w:color w:val="000000" w:themeColor="text1"/>
          <w:sz w:val="24"/>
          <w:szCs w:val="24"/>
        </w:rPr>
        <w:t>Li</w:t>
      </w:r>
      <w:r w:rsidR="004B0572">
        <w:rPr>
          <w:rFonts w:ascii="Times New Roman" w:hAnsi="Times New Roman" w:cs="Times New Roman"/>
          <w:sz w:val="24"/>
          <w:szCs w:val="24"/>
        </w:rPr>
        <w:t>etuvos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n</w:t>
      </w:r>
      <w:r w:rsidR="004B0572" w:rsidRPr="00792D41">
        <w:rPr>
          <w:rFonts w:ascii="Times New Roman" w:hAnsi="Times New Roman" w:cs="Times New Roman"/>
          <w:sz w:val="24"/>
          <w:szCs w:val="24"/>
        </w:rPr>
        <w:t>eformal</w:t>
      </w:r>
      <w:r w:rsidR="004B0572">
        <w:rPr>
          <w:rFonts w:ascii="Times New Roman" w:hAnsi="Times New Roman" w:cs="Times New Roman"/>
          <w:sz w:val="24"/>
          <w:szCs w:val="24"/>
        </w:rPr>
        <w:t>iojo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suaugusiųjų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įstatymu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(2014 m.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liepos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10 d. Nr. XII-1018),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</w:t>
      </w:r>
      <w:r w:rsidR="004B0572">
        <w:rPr>
          <w:rFonts w:ascii="Times New Roman" w:hAnsi="Times New Roman" w:cs="Times New Roman"/>
          <w:sz w:val="24"/>
          <w:szCs w:val="24"/>
        </w:rPr>
        <w:t>ietuvos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š</w:t>
      </w:r>
      <w:r w:rsidR="004B0572" w:rsidRPr="00792D41">
        <w:rPr>
          <w:rFonts w:ascii="Times New Roman" w:hAnsi="Times New Roman" w:cs="Times New Roman"/>
          <w:sz w:val="24"/>
          <w:szCs w:val="24"/>
        </w:rPr>
        <w:t>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2005 m.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gruodžio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30 d.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Nr. ISAK-2695 (2012-03-29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įsakymo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Nr. V-554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redakcija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patvirtinta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Neformaliojo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koncepcija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>“,</w:t>
      </w:r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</w:t>
      </w:r>
      <w:r w:rsidR="004B0572">
        <w:rPr>
          <w:rFonts w:ascii="Times New Roman" w:hAnsi="Times New Roman" w:cs="Times New Roman"/>
          <w:sz w:val="24"/>
          <w:szCs w:val="24"/>
        </w:rPr>
        <w:t>ietuvos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š</w:t>
      </w:r>
      <w:r w:rsidR="004B0572" w:rsidRPr="00792D41">
        <w:rPr>
          <w:rFonts w:ascii="Times New Roman" w:hAnsi="Times New Roman" w:cs="Times New Roman"/>
          <w:sz w:val="24"/>
          <w:szCs w:val="24"/>
        </w:rPr>
        <w:t>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2008-01-06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Nr. ISAK-43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patvirtinta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jaunimo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koncepcija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</w:t>
      </w:r>
      <w:r w:rsidR="004B0572">
        <w:rPr>
          <w:rFonts w:ascii="Times New Roman" w:hAnsi="Times New Roman" w:cs="Times New Roman"/>
          <w:sz w:val="24"/>
          <w:szCs w:val="24"/>
        </w:rPr>
        <w:t>ietuvos</w:t>
      </w:r>
      <w:proofErr w:type="spellEnd"/>
      <w:r w:rsidR="004B0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š</w:t>
      </w:r>
      <w:r w:rsidR="004B0572" w:rsidRPr="00792D41">
        <w:rPr>
          <w:rFonts w:ascii="Times New Roman" w:hAnsi="Times New Roman" w:cs="Times New Roman"/>
          <w:sz w:val="24"/>
          <w:szCs w:val="24"/>
        </w:rPr>
        <w:t>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r w:rsidR="004B0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>
        <w:rPr>
          <w:rFonts w:ascii="Times New Roman" w:hAnsi="Times New Roman" w:cs="Times New Roman"/>
          <w:sz w:val="24"/>
          <w:szCs w:val="24"/>
        </w:rPr>
        <w:t>s</w:t>
      </w:r>
      <w:r w:rsidR="004B0572" w:rsidRPr="00792D41">
        <w:rPr>
          <w:rFonts w:ascii="Times New Roman" w:hAnsi="Times New Roman" w:cs="Times New Roman"/>
          <w:sz w:val="24"/>
          <w:szCs w:val="24"/>
        </w:rPr>
        <w:t>veikatos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2012 m.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birželio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25 d.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Nr. V-599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patvirtinta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higienos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HN 20:2018 „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Neformaliojo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vykdymo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bendrieji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saugos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792D41">
        <w:rPr>
          <w:rFonts w:ascii="Times New Roman" w:hAnsi="Times New Roman" w:cs="Times New Roman"/>
          <w:sz w:val="24"/>
          <w:szCs w:val="24"/>
        </w:rPr>
        <w:t>reikalavimai</w:t>
      </w:r>
      <w:proofErr w:type="spellEnd"/>
      <w:r w:rsidR="004B0572" w:rsidRPr="00792D41">
        <w:rPr>
          <w:rFonts w:ascii="Times New Roman" w:hAnsi="Times New Roman" w:cs="Times New Roman"/>
          <w:sz w:val="24"/>
          <w:szCs w:val="24"/>
        </w:rPr>
        <w:t>“,</w:t>
      </w:r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Pakruojo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rajono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savivaldybės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2022 m.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birželo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30 d.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sprendimu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T-171 “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didžiausio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leistino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skaičiaus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nustatymo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Pakruojo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Juozo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Pakalnio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 menu </w:t>
      </w:r>
      <w:proofErr w:type="spellStart"/>
      <w:r w:rsidR="004514BE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="004514BE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nuostatais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ugdymą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veiklą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reglamentuojančiais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aktais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bendruomenės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572" w:rsidRPr="006116E9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="004B0572" w:rsidRPr="006116E9">
        <w:rPr>
          <w:rFonts w:ascii="Times New Roman" w:hAnsi="Times New Roman" w:cs="Times New Roman"/>
          <w:sz w:val="24"/>
          <w:szCs w:val="24"/>
        </w:rPr>
        <w:t>.</w:t>
      </w:r>
    </w:p>
    <w:p w14:paraId="09AE9A03" w14:textId="77777777" w:rsidR="004514BE" w:rsidRPr="004514BE" w:rsidRDefault="004E42A7" w:rsidP="004514BE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14B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turinys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įgyvendinamas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2015 m.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sausio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27 d.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Nr. V-48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patvirtintų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rekomendacijų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meninio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formalųjį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lastRenderedPageBreak/>
        <w:t>švietimą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papildančio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rengimo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įgyvendinimo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reikalavimais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>, ,,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Bendrųjų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valstybės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savivaldybių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biudžetų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finansuojamų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neformaliojo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programų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kriterijų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aprašu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patvirtintu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ministro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2022 m.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sausio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4 d.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Nr. V-4,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lėšas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kuriomis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disponuoja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BE" w:rsidRPr="004514BE">
        <w:rPr>
          <w:rFonts w:ascii="Times New Roman" w:hAnsi="Times New Roman" w:cs="Times New Roman"/>
          <w:sz w:val="24"/>
          <w:szCs w:val="24"/>
        </w:rPr>
        <w:t>Mokykla</w:t>
      </w:r>
      <w:proofErr w:type="spellEnd"/>
      <w:r w:rsidR="004514BE" w:rsidRPr="004514BE">
        <w:rPr>
          <w:rFonts w:ascii="Times New Roman" w:hAnsi="Times New Roman" w:cs="Times New Roman"/>
          <w:sz w:val="24"/>
          <w:szCs w:val="24"/>
        </w:rPr>
        <w:t>.</w:t>
      </w:r>
    </w:p>
    <w:p w14:paraId="2792C172" w14:textId="7281FC4B" w:rsidR="00FA16FD" w:rsidRPr="003724EC" w:rsidRDefault="004E42A7" w:rsidP="004514BE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Ugdymo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planą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rengė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direktoriaus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2026 m.</w:t>
      </w:r>
      <w:r w:rsid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724EC" w:rsidRPr="003724EC">
        <w:rPr>
          <w:rFonts w:ascii="Times New Roman" w:hAnsi="Times New Roman" w:cs="Times New Roman"/>
          <w:color w:val="auto"/>
          <w:sz w:val="24"/>
          <w:szCs w:val="24"/>
        </w:rPr>
        <w:t>rugpjūčio</w:t>
      </w:r>
      <w:proofErr w:type="spellEnd"/>
      <w:r w:rsidR="003724EC"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28 </w:t>
      </w:r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d.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įsakymu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Nr. V-</w:t>
      </w:r>
      <w:r w:rsidR="003724EC" w:rsidRPr="003724EC">
        <w:rPr>
          <w:rFonts w:ascii="Times New Roman" w:hAnsi="Times New Roman" w:cs="Times New Roman"/>
          <w:color w:val="auto"/>
          <w:sz w:val="24"/>
          <w:szCs w:val="24"/>
        </w:rPr>
        <w:t>124</w:t>
      </w:r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sudaryta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darbo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grupė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413E943" w14:textId="4DC3267D" w:rsidR="00FA16FD" w:rsidRPr="004514BE" w:rsidRDefault="004E42A7" w:rsidP="004514B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14BE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planui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pritariama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protokoliniu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nutarimu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tvirtinamas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4BE">
        <w:rPr>
          <w:rFonts w:ascii="Times New Roman" w:hAnsi="Times New Roman" w:cs="Times New Roman"/>
          <w:sz w:val="24"/>
          <w:szCs w:val="24"/>
        </w:rPr>
        <w:t>pradžios</w:t>
      </w:r>
      <w:proofErr w:type="spellEnd"/>
      <w:r w:rsidRPr="004514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BF4938" w14:textId="77777777" w:rsidR="004514BE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514BE">
        <w:rPr>
          <w:rFonts w:ascii="Times New Roman" w:hAnsi="Times New Roman" w:cs="Times New Roman"/>
          <w:color w:val="auto"/>
          <w:sz w:val="24"/>
          <w:szCs w:val="24"/>
        </w:rPr>
        <w:t>III SKYRIUS</w:t>
      </w:r>
    </w:p>
    <w:p w14:paraId="4AE887AE" w14:textId="6C8D31E0" w:rsidR="00FA16FD" w:rsidRPr="00D03C7B" w:rsidRDefault="004E42A7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514B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03C7B">
        <w:rPr>
          <w:rFonts w:ascii="Times New Roman" w:hAnsi="Times New Roman" w:cs="Times New Roman"/>
          <w:color w:val="auto"/>
          <w:sz w:val="24"/>
          <w:szCs w:val="24"/>
        </w:rPr>
        <w:t>UGDYMO PROCESO ORGANIZAVIMAS</w:t>
      </w:r>
    </w:p>
    <w:p w14:paraId="75F54FDB" w14:textId="0A1C3DC4" w:rsidR="00235137" w:rsidRPr="00D03C7B" w:rsidRDefault="004E42A7" w:rsidP="00D03C7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C7B">
        <w:rPr>
          <w:rFonts w:ascii="Times New Roman" w:hAnsi="Times New Roman" w:cs="Times New Roman"/>
          <w:sz w:val="24"/>
          <w:szCs w:val="24"/>
        </w:rPr>
        <w:t xml:space="preserve">9. 2026–2027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metai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prasideda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2026 m.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rugsėjo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1 d.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baigiasi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2027 m.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rugpjūčio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31 d.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procesas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vykdomas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35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savaites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(175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dienas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>).</w:t>
      </w:r>
      <w:r w:rsidR="00D03C7B"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procesas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pradedamas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2026 m.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rugsėjo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1 d.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baigiamas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2027 m.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birželio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7 d.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Birželio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rugpjūčio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mėnesiais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vykdoma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projektinė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koncertinė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kūrybinė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edukacinė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veikla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konkursai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festivaliai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stovyklos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plenerai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meistriškumo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7B">
        <w:rPr>
          <w:rFonts w:ascii="Times New Roman" w:hAnsi="Times New Roman" w:cs="Times New Roman"/>
          <w:sz w:val="24"/>
          <w:szCs w:val="24"/>
        </w:rPr>
        <w:t>kursai</w:t>
      </w:r>
      <w:proofErr w:type="spellEnd"/>
      <w:r w:rsidRPr="00D03C7B">
        <w:rPr>
          <w:rFonts w:ascii="Times New Roman" w:hAnsi="Times New Roman" w:cs="Times New Roman"/>
          <w:sz w:val="24"/>
          <w:szCs w:val="24"/>
        </w:rPr>
        <w:t>.</w:t>
      </w:r>
    </w:p>
    <w:p w14:paraId="6ED79571" w14:textId="2EA3F9B4" w:rsidR="00FA16FD" w:rsidRDefault="004E42A7" w:rsidP="00D03C7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>1</w:t>
      </w:r>
      <w:r w:rsidR="00D03C7B">
        <w:rPr>
          <w:rFonts w:ascii="Times New Roman" w:hAnsi="Times New Roman" w:cs="Times New Roman"/>
          <w:sz w:val="24"/>
          <w:szCs w:val="24"/>
        </w:rPr>
        <w:t>0</w:t>
      </w:r>
      <w:r w:rsidRPr="008F68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procesas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skirstomas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pusmečiais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867A2" w14:paraId="48A5BDB3" w14:textId="77777777" w:rsidTr="00C867A2">
        <w:tc>
          <w:tcPr>
            <w:tcW w:w="3115" w:type="dxa"/>
          </w:tcPr>
          <w:p w14:paraId="64B8F2A6" w14:textId="601563DC" w:rsidR="00C867A2" w:rsidRPr="00C476BE" w:rsidRDefault="00C867A2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Pusmetis</w:t>
            </w:r>
            <w:proofErr w:type="spellEnd"/>
          </w:p>
        </w:tc>
        <w:tc>
          <w:tcPr>
            <w:tcW w:w="3115" w:type="dxa"/>
          </w:tcPr>
          <w:p w14:paraId="2641B6CE" w14:textId="371F38FA" w:rsidR="00C867A2" w:rsidRPr="00C476BE" w:rsidRDefault="00C867A2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Pradžia</w:t>
            </w:r>
            <w:proofErr w:type="spellEnd"/>
          </w:p>
        </w:tc>
        <w:tc>
          <w:tcPr>
            <w:tcW w:w="3115" w:type="dxa"/>
          </w:tcPr>
          <w:p w14:paraId="420EB0E9" w14:textId="3903BEDA" w:rsidR="00C867A2" w:rsidRPr="00C476BE" w:rsidRDefault="00C867A2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Pabaiga</w:t>
            </w:r>
            <w:proofErr w:type="spellEnd"/>
          </w:p>
        </w:tc>
      </w:tr>
      <w:tr w:rsidR="00C867A2" w14:paraId="38020652" w14:textId="77777777" w:rsidTr="00C867A2">
        <w:tc>
          <w:tcPr>
            <w:tcW w:w="3115" w:type="dxa"/>
          </w:tcPr>
          <w:p w14:paraId="196B5AD0" w14:textId="1F2F2742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15" w:type="dxa"/>
          </w:tcPr>
          <w:p w14:paraId="4687AEC9" w14:textId="5E5A78B6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2026-09-01</w:t>
            </w:r>
          </w:p>
        </w:tc>
        <w:tc>
          <w:tcPr>
            <w:tcW w:w="3115" w:type="dxa"/>
          </w:tcPr>
          <w:p w14:paraId="5E492AF6" w14:textId="55DDE90E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2027-01-29</w:t>
            </w:r>
          </w:p>
        </w:tc>
      </w:tr>
      <w:tr w:rsidR="00C867A2" w14:paraId="66484F8A" w14:textId="77777777" w:rsidTr="00C867A2">
        <w:tc>
          <w:tcPr>
            <w:tcW w:w="3115" w:type="dxa"/>
          </w:tcPr>
          <w:p w14:paraId="40B9414B" w14:textId="334859E6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115" w:type="dxa"/>
          </w:tcPr>
          <w:p w14:paraId="1E0ABB5B" w14:textId="6F60345F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2027-02-01</w:t>
            </w:r>
          </w:p>
        </w:tc>
        <w:tc>
          <w:tcPr>
            <w:tcW w:w="3115" w:type="dxa"/>
          </w:tcPr>
          <w:p w14:paraId="1CC2551F" w14:textId="07C30DED" w:rsidR="00C867A2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2027-06-07</w:t>
            </w:r>
          </w:p>
        </w:tc>
      </w:tr>
    </w:tbl>
    <w:p w14:paraId="758AABCD" w14:textId="77777777" w:rsidR="00FA16FD" w:rsidRPr="008F681E" w:rsidRDefault="00FA16F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3EDD520" w14:textId="063E828F" w:rsidR="00FA16FD" w:rsidRDefault="004E42A7" w:rsidP="00D03C7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>1</w:t>
      </w:r>
      <w:r w:rsidR="00D03C7B">
        <w:rPr>
          <w:rFonts w:ascii="Times New Roman" w:hAnsi="Times New Roman" w:cs="Times New Roman"/>
          <w:sz w:val="24"/>
          <w:szCs w:val="24"/>
        </w:rPr>
        <w:t>1</w:t>
      </w:r>
      <w:r w:rsidRPr="008F68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atostogos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derinamos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bendrojo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mokyklų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7B">
        <w:rPr>
          <w:rFonts w:ascii="Times New Roman" w:hAnsi="Times New Roman" w:cs="Times New Roman"/>
          <w:sz w:val="24"/>
          <w:szCs w:val="24"/>
        </w:rPr>
        <w:t>rudens</w:t>
      </w:r>
      <w:proofErr w:type="spellEnd"/>
      <w:r w:rsid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C7B">
        <w:rPr>
          <w:rFonts w:ascii="Times New Roman" w:hAnsi="Times New Roman" w:cs="Times New Roman"/>
          <w:sz w:val="24"/>
          <w:szCs w:val="24"/>
        </w:rPr>
        <w:t>žiemos</w:t>
      </w:r>
      <w:proofErr w:type="spellEnd"/>
      <w:r w:rsidR="00D03C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C7B">
        <w:rPr>
          <w:rFonts w:ascii="Times New Roman" w:hAnsi="Times New Roman" w:cs="Times New Roman"/>
          <w:sz w:val="24"/>
          <w:szCs w:val="24"/>
        </w:rPr>
        <w:t>pavasario</w:t>
      </w:r>
      <w:proofErr w:type="spellEnd"/>
      <w:r w:rsid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7B">
        <w:rPr>
          <w:rFonts w:ascii="Times New Roman" w:hAnsi="Times New Roman" w:cs="Times New Roman"/>
          <w:sz w:val="24"/>
          <w:szCs w:val="24"/>
        </w:rPr>
        <w:t>vasaros</w:t>
      </w:r>
      <w:proofErr w:type="spellEnd"/>
      <w:r w:rsidR="00D03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atostogomis</w:t>
      </w:r>
      <w:proofErr w:type="spellEnd"/>
    </w:p>
    <w:p w14:paraId="61855412" w14:textId="2F82A96C" w:rsidR="00D03C7B" w:rsidRDefault="00D03C7B" w:rsidP="00D03C7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skiriamos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atostogos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476BE" w14:paraId="0A72606E" w14:textId="77777777" w:rsidTr="00C476BE">
        <w:tc>
          <w:tcPr>
            <w:tcW w:w="3115" w:type="dxa"/>
          </w:tcPr>
          <w:p w14:paraId="2DF79677" w14:textId="03D70CC1" w:rsidR="00C476BE" w:rsidRPr="00C476BE" w:rsidRDefault="00C476BE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Atostogos</w:t>
            </w:r>
            <w:proofErr w:type="spellEnd"/>
          </w:p>
        </w:tc>
        <w:tc>
          <w:tcPr>
            <w:tcW w:w="3115" w:type="dxa"/>
          </w:tcPr>
          <w:p w14:paraId="0E54274E" w14:textId="6C3F54DC" w:rsidR="00C476BE" w:rsidRPr="00C476BE" w:rsidRDefault="00C476BE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Pradžia-pabaiga</w:t>
            </w:r>
            <w:proofErr w:type="spellEnd"/>
          </w:p>
        </w:tc>
        <w:tc>
          <w:tcPr>
            <w:tcW w:w="3115" w:type="dxa"/>
          </w:tcPr>
          <w:p w14:paraId="4D74872B" w14:textId="52DF4046" w:rsidR="00C476BE" w:rsidRPr="00C476BE" w:rsidRDefault="00C476BE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Pamokos</w:t>
            </w:r>
            <w:proofErr w:type="spellEnd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prasideda</w:t>
            </w:r>
            <w:proofErr w:type="spellEnd"/>
          </w:p>
        </w:tc>
      </w:tr>
      <w:tr w:rsidR="00C476BE" w14:paraId="33C6431C" w14:textId="77777777" w:rsidTr="00C476BE">
        <w:tc>
          <w:tcPr>
            <w:tcW w:w="3115" w:type="dxa"/>
          </w:tcPr>
          <w:p w14:paraId="60EA0D56" w14:textId="4A8ABA5B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Rudens</w:t>
            </w:r>
            <w:proofErr w:type="spellEnd"/>
          </w:p>
        </w:tc>
        <w:tc>
          <w:tcPr>
            <w:tcW w:w="3115" w:type="dxa"/>
          </w:tcPr>
          <w:p w14:paraId="0E0E90FC" w14:textId="04A38B68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2026-11-02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2026-11-08</w:t>
            </w:r>
          </w:p>
        </w:tc>
        <w:tc>
          <w:tcPr>
            <w:tcW w:w="3115" w:type="dxa"/>
          </w:tcPr>
          <w:p w14:paraId="5FDCC6DF" w14:textId="440721EB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2026-11-09</w:t>
            </w:r>
          </w:p>
        </w:tc>
      </w:tr>
      <w:tr w:rsidR="00C476BE" w14:paraId="7A3017D1" w14:textId="77777777" w:rsidTr="00C476BE">
        <w:tc>
          <w:tcPr>
            <w:tcW w:w="3115" w:type="dxa"/>
          </w:tcPr>
          <w:p w14:paraId="58096ACD" w14:textId="638FABC3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Žiemos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Kalėdų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14:paraId="7C532E4F" w14:textId="281505CC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2026-12-2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2027-01-03</w:t>
            </w:r>
          </w:p>
        </w:tc>
        <w:tc>
          <w:tcPr>
            <w:tcW w:w="3115" w:type="dxa"/>
          </w:tcPr>
          <w:p w14:paraId="1E2485DC" w14:textId="0C7B54F4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2027-01-04</w:t>
            </w:r>
          </w:p>
        </w:tc>
      </w:tr>
      <w:tr w:rsidR="00C476BE" w14:paraId="79C25105" w14:textId="77777777" w:rsidTr="00C476BE">
        <w:tc>
          <w:tcPr>
            <w:tcW w:w="3115" w:type="dxa"/>
          </w:tcPr>
          <w:p w14:paraId="220EB765" w14:textId="36FEBC4D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Žiemos</w:t>
            </w:r>
            <w:proofErr w:type="spellEnd"/>
          </w:p>
        </w:tc>
        <w:tc>
          <w:tcPr>
            <w:tcW w:w="3115" w:type="dxa"/>
          </w:tcPr>
          <w:p w14:paraId="299E6AF2" w14:textId="4E93F33D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2027-02-15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2027-02-21</w:t>
            </w:r>
          </w:p>
        </w:tc>
        <w:tc>
          <w:tcPr>
            <w:tcW w:w="3115" w:type="dxa"/>
          </w:tcPr>
          <w:p w14:paraId="3D7983CE" w14:textId="0F79AF08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2027-02-22</w:t>
            </w:r>
          </w:p>
        </w:tc>
      </w:tr>
      <w:tr w:rsidR="00C476BE" w14:paraId="31751ABB" w14:textId="77777777" w:rsidTr="00C476BE">
        <w:tc>
          <w:tcPr>
            <w:tcW w:w="3115" w:type="dxa"/>
          </w:tcPr>
          <w:p w14:paraId="2EAB2F31" w14:textId="3775F6D8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Pavasario</w:t>
            </w:r>
            <w:proofErr w:type="spellEnd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Velykų</w:t>
            </w:r>
            <w:proofErr w:type="spellEnd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14:paraId="783E46BC" w14:textId="4541F92C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2027-03-22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2027-03-2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5" w:type="dxa"/>
          </w:tcPr>
          <w:p w14:paraId="082C95A2" w14:textId="458BCACF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2027-03-30</w:t>
            </w:r>
          </w:p>
        </w:tc>
      </w:tr>
      <w:tr w:rsidR="00C476BE" w14:paraId="5E6A8F31" w14:textId="77777777" w:rsidTr="00C476BE">
        <w:tc>
          <w:tcPr>
            <w:tcW w:w="3115" w:type="dxa"/>
          </w:tcPr>
          <w:p w14:paraId="748F3838" w14:textId="110419CB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Vasaros</w:t>
            </w:r>
            <w:proofErr w:type="spellEnd"/>
          </w:p>
        </w:tc>
        <w:tc>
          <w:tcPr>
            <w:tcW w:w="3115" w:type="dxa"/>
          </w:tcPr>
          <w:p w14:paraId="356CB6B4" w14:textId="64DA43EE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2027-06-08</w:t>
            </w:r>
            <w:r w:rsidR="0031204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2027-08-31</w:t>
            </w:r>
          </w:p>
        </w:tc>
        <w:tc>
          <w:tcPr>
            <w:tcW w:w="3115" w:type="dxa"/>
          </w:tcPr>
          <w:p w14:paraId="26A9E2B2" w14:textId="06CE6197" w:rsidR="00C476BE" w:rsidRDefault="00C476BE" w:rsidP="00D0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81E">
              <w:rPr>
                <w:rFonts w:ascii="Times New Roman" w:hAnsi="Times New Roman" w:cs="Times New Roman"/>
                <w:sz w:val="24"/>
                <w:szCs w:val="24"/>
              </w:rPr>
              <w:t>2027-09-01</w:t>
            </w:r>
          </w:p>
        </w:tc>
      </w:tr>
    </w:tbl>
    <w:p w14:paraId="48C26D86" w14:textId="77777777" w:rsidR="00C476BE" w:rsidRDefault="00C476BE" w:rsidP="00D03C7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569262" w14:textId="7C8300CB" w:rsidR="00FA16FD" w:rsidRPr="008F681E" w:rsidRDefault="004E42A7" w:rsidP="00D03C7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Atostogų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suderinus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mokiniais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tėvais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globėjais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rūpintojais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organizuojamos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repeticijos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konsultacijos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parodos,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išvykos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projektinė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ugdomoji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veikla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>.</w:t>
      </w:r>
    </w:p>
    <w:p w14:paraId="5F3A9D2E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Mokykla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dirba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penkias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dienas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Koncertinė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konkursinė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projektinė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ugdomoji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veikla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anksto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suderinus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dalyviais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organizuojama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savaitgaliais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švenčių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dienomis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>.</w:t>
      </w:r>
    </w:p>
    <w:p w14:paraId="66ACD6E9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Pagrindinė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organizavimo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forma – 45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minučių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individuali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grupinė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pamoka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Pusė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– 22,5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minutės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tvarkaraštyje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suderinus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mokiniu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tėvais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viena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savaitinė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individuali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pamoka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skaidoma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į dvi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po 20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25 minutes.</w:t>
      </w:r>
    </w:p>
    <w:p w14:paraId="0FBD8363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taikomos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kitos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formos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konsultacija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repeticija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kūrybinė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praktika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koncertas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konkursas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festivalis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paroda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pleneras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edukacinė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išvyka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integruota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atvira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pamoka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>.</w:t>
      </w:r>
    </w:p>
    <w:p w14:paraId="74661F2A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81E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Pamokų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tvarkaraščius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tvirtina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direktorius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sudaromi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mokymąsi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bendrojo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mokyklose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amžių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pavėžėjimą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higienos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racionalų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patalpų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 w:rsidRPr="008F681E">
        <w:rPr>
          <w:rFonts w:ascii="Times New Roman" w:hAnsi="Times New Roman" w:cs="Times New Roman"/>
          <w:sz w:val="24"/>
          <w:szCs w:val="24"/>
        </w:rPr>
        <w:t>.</w:t>
      </w:r>
    </w:p>
    <w:p w14:paraId="0CC682ED" w14:textId="65F0783B" w:rsidR="00FA16FD" w:rsidRDefault="004E42A7" w:rsidP="005A52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C1712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Pakruoj</w:t>
      </w:r>
      <w:r w:rsidR="009C1712" w:rsidRPr="009C1712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9C1712"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712" w:rsidRPr="009C1712">
        <w:rPr>
          <w:rFonts w:ascii="Times New Roman" w:hAnsi="Times New Roman" w:cs="Times New Roman"/>
          <w:sz w:val="24"/>
          <w:szCs w:val="24"/>
        </w:rPr>
        <w:t>Juozo</w:t>
      </w:r>
      <w:proofErr w:type="spellEnd"/>
      <w:r w:rsidR="009C1712"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712" w:rsidRPr="009C1712">
        <w:rPr>
          <w:rFonts w:ascii="Times New Roman" w:hAnsi="Times New Roman" w:cs="Times New Roman"/>
          <w:sz w:val="24"/>
          <w:szCs w:val="24"/>
        </w:rPr>
        <w:t>Pakalnio</w:t>
      </w:r>
      <w:proofErr w:type="spellEnd"/>
      <w:r w:rsidR="009C1712" w:rsidRPr="009C1712">
        <w:rPr>
          <w:rFonts w:ascii="Times New Roman" w:hAnsi="Times New Roman" w:cs="Times New Roman"/>
          <w:sz w:val="24"/>
          <w:szCs w:val="24"/>
        </w:rPr>
        <w:t xml:space="preserve"> </w:t>
      </w:r>
      <w:r w:rsidR="009C1712">
        <w:rPr>
          <w:rFonts w:ascii="Times New Roman" w:hAnsi="Times New Roman" w:cs="Times New Roman"/>
          <w:sz w:val="24"/>
          <w:szCs w:val="24"/>
        </w:rPr>
        <w:t xml:space="preserve">menu </w:t>
      </w:r>
      <w:proofErr w:type="spellStart"/>
      <w:r w:rsidR="009C1712">
        <w:rPr>
          <w:rFonts w:ascii="Times New Roman" w:hAnsi="Times New Roman" w:cs="Times New Roman"/>
          <w:sz w:val="24"/>
          <w:szCs w:val="24"/>
        </w:rPr>
        <w:t>mokykloje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organizuojamos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šiuo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712">
        <w:rPr>
          <w:rFonts w:ascii="Times New Roman" w:hAnsi="Times New Roman" w:cs="Times New Roman"/>
          <w:sz w:val="24"/>
          <w:szCs w:val="24"/>
        </w:rPr>
        <w:t>laiku</w:t>
      </w:r>
      <w:proofErr w:type="spellEnd"/>
      <w:r w:rsidRPr="009C171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C476BE" w14:paraId="10E85222" w14:textId="77777777" w:rsidTr="00C476BE">
        <w:tc>
          <w:tcPr>
            <w:tcW w:w="3539" w:type="dxa"/>
          </w:tcPr>
          <w:p w14:paraId="3FD6E531" w14:textId="70445705" w:rsidR="00C476BE" w:rsidRPr="00C476BE" w:rsidRDefault="00C476BE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Pamoka</w:t>
            </w:r>
            <w:proofErr w:type="spellEnd"/>
          </w:p>
        </w:tc>
        <w:tc>
          <w:tcPr>
            <w:tcW w:w="5806" w:type="dxa"/>
          </w:tcPr>
          <w:p w14:paraId="322357B4" w14:textId="013CA511" w:rsidR="00C476BE" w:rsidRPr="00C476BE" w:rsidRDefault="00C476BE" w:rsidP="00C47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7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Laikas</w:t>
            </w:r>
            <w:proofErr w:type="spellEnd"/>
          </w:p>
        </w:tc>
      </w:tr>
      <w:tr w:rsidR="00C476BE" w14:paraId="0AACFEB8" w14:textId="77777777" w:rsidTr="00C476BE">
        <w:tc>
          <w:tcPr>
            <w:tcW w:w="3539" w:type="dxa"/>
          </w:tcPr>
          <w:p w14:paraId="3BA3AF9A" w14:textId="0E95323B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06" w:type="dxa"/>
          </w:tcPr>
          <w:p w14:paraId="11948B34" w14:textId="029BB372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12.00–12.45</w:t>
            </w:r>
          </w:p>
        </w:tc>
      </w:tr>
      <w:tr w:rsidR="00C476BE" w14:paraId="29574216" w14:textId="77777777" w:rsidTr="00C476BE">
        <w:tc>
          <w:tcPr>
            <w:tcW w:w="3539" w:type="dxa"/>
          </w:tcPr>
          <w:p w14:paraId="29B48E7E" w14:textId="39D66376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6" w:type="dxa"/>
          </w:tcPr>
          <w:p w14:paraId="0ECB53B7" w14:textId="6ADB565E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12.50–13.35</w:t>
            </w:r>
          </w:p>
        </w:tc>
      </w:tr>
      <w:tr w:rsidR="00C476BE" w14:paraId="75DFA934" w14:textId="77777777" w:rsidTr="00C476BE">
        <w:tc>
          <w:tcPr>
            <w:tcW w:w="3539" w:type="dxa"/>
          </w:tcPr>
          <w:p w14:paraId="138F1F16" w14:textId="70B27DC1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6" w:type="dxa"/>
          </w:tcPr>
          <w:p w14:paraId="74A84157" w14:textId="6CC75C8C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13.40–14.25</w:t>
            </w:r>
          </w:p>
        </w:tc>
      </w:tr>
      <w:tr w:rsidR="00C476BE" w14:paraId="5B0715A6" w14:textId="77777777" w:rsidTr="00C476BE">
        <w:tc>
          <w:tcPr>
            <w:tcW w:w="3539" w:type="dxa"/>
          </w:tcPr>
          <w:p w14:paraId="7BC74109" w14:textId="0A8F57CB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6" w:type="dxa"/>
          </w:tcPr>
          <w:p w14:paraId="2616FD7B" w14:textId="7670F286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14.30–15.15</w:t>
            </w:r>
          </w:p>
        </w:tc>
      </w:tr>
      <w:tr w:rsidR="00C476BE" w14:paraId="664D85E4" w14:textId="77777777" w:rsidTr="00C476BE">
        <w:tc>
          <w:tcPr>
            <w:tcW w:w="3539" w:type="dxa"/>
          </w:tcPr>
          <w:p w14:paraId="206B20CF" w14:textId="3827B1D5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6" w:type="dxa"/>
          </w:tcPr>
          <w:p w14:paraId="48D674D9" w14:textId="2F442F98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15.20–16.05</w:t>
            </w:r>
          </w:p>
        </w:tc>
      </w:tr>
      <w:tr w:rsidR="00C476BE" w14:paraId="355CA1AE" w14:textId="77777777" w:rsidTr="00C476BE">
        <w:tc>
          <w:tcPr>
            <w:tcW w:w="3539" w:type="dxa"/>
          </w:tcPr>
          <w:p w14:paraId="47166C98" w14:textId="65DDFCDD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6" w:type="dxa"/>
          </w:tcPr>
          <w:p w14:paraId="4250EB38" w14:textId="0B4E4503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16.10–16.55</w:t>
            </w:r>
          </w:p>
        </w:tc>
      </w:tr>
      <w:tr w:rsidR="00C476BE" w14:paraId="4368D1AF" w14:textId="77777777" w:rsidTr="00C476BE">
        <w:tc>
          <w:tcPr>
            <w:tcW w:w="3539" w:type="dxa"/>
          </w:tcPr>
          <w:p w14:paraId="3DB35DFD" w14:textId="103A84E0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6" w:type="dxa"/>
          </w:tcPr>
          <w:p w14:paraId="25297B38" w14:textId="6C591CCC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17.00–17.45</w:t>
            </w:r>
          </w:p>
        </w:tc>
      </w:tr>
      <w:tr w:rsidR="00C476BE" w14:paraId="0F496F6B" w14:textId="77777777" w:rsidTr="00C476BE">
        <w:tc>
          <w:tcPr>
            <w:tcW w:w="3539" w:type="dxa"/>
          </w:tcPr>
          <w:p w14:paraId="2298E089" w14:textId="76917F8B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6" w:type="dxa"/>
          </w:tcPr>
          <w:p w14:paraId="5DEAAF06" w14:textId="6ADEE24F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17.50–18.35</w:t>
            </w:r>
          </w:p>
        </w:tc>
      </w:tr>
      <w:tr w:rsidR="00C476BE" w14:paraId="17DC9B1B" w14:textId="77777777" w:rsidTr="00C476BE">
        <w:tc>
          <w:tcPr>
            <w:tcW w:w="3539" w:type="dxa"/>
          </w:tcPr>
          <w:p w14:paraId="27410536" w14:textId="44AB315C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06" w:type="dxa"/>
          </w:tcPr>
          <w:p w14:paraId="0471ABE8" w14:textId="46BF8D8C" w:rsidR="00C476BE" w:rsidRDefault="00C476BE" w:rsidP="005A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A2">
              <w:rPr>
                <w:rFonts w:ascii="Times New Roman" w:hAnsi="Times New Roman" w:cs="Times New Roman"/>
                <w:sz w:val="24"/>
                <w:szCs w:val="24"/>
              </w:rPr>
              <w:t>18.40–19.25</w:t>
            </w:r>
          </w:p>
        </w:tc>
      </w:tr>
    </w:tbl>
    <w:p w14:paraId="1C776164" w14:textId="77777777" w:rsidR="00FA16FD" w:rsidRPr="008F681E" w:rsidRDefault="00FA16FD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DFE7C9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19.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Individualių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pamokų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tvarkaraštis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per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pusmetį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keičiamas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mokytojo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mokinio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jo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tėvų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globėjų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rūpintojų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susitarimu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apie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pakeitimą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informuojant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direktoriaus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pavaduotoją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ugdymui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Grupinių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pamokų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pakeitimai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derinami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administracija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ACBD52C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20.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Mokinio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savaitinis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krūvis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nustatomas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pagal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programų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lentelėse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numatytą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minimalų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maksimalų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pamokų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skaičių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atsižvelgiant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į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mokinio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pasirinkimus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gebėjimus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sveikatą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galimybes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8BDD9F1" w14:textId="77777777" w:rsidR="00FA16FD" w:rsidRPr="008F681E" w:rsidRDefault="004E42A7" w:rsidP="005A5294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21.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Esant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ekstremaliai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situacijai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karantinui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stichinei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nelaimei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kitoms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aplinkybėms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keliančioms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pavojų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mokinių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sveikatai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dėl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kurių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negali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būti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organizuojamas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kasdieniu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būdu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direktorius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teisės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aktų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nustatyta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tvarka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gali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keisti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pamokų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trukmę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laiką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vietą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formą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organizuoti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nuotoliniu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būdu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arba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laikinai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stabdyti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procesą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65ECE31" w14:textId="41090F45" w:rsidR="00FA16FD" w:rsidRDefault="004E42A7" w:rsidP="005A5294">
      <w:pPr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22.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Nuotolinis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ugdymas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organizuojamas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nustatyta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tvarka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užtikrinant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mokinių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tėvų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informavimą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asmens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duomenų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apsaugą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grįžtamąjį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ryšį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pasiekimų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fiksavimą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</w:rPr>
        <w:t>elektroniniame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</w:rPr>
        <w:t xml:space="preserve"> dienyne.</w:t>
      </w:r>
    </w:p>
    <w:p w14:paraId="5419F665" w14:textId="77777777" w:rsidR="006865AE" w:rsidRPr="005A5294" w:rsidRDefault="006865AE" w:rsidP="006865AE">
      <w:pPr>
        <w:tabs>
          <w:tab w:val="left" w:pos="709"/>
        </w:tabs>
        <w:overflowPunct w:val="0"/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529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neiti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mokyklą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ekstremali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temperatūra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gyvenamojoje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teritorijoje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B9D054" w14:textId="77777777" w:rsidR="006865AE" w:rsidRPr="005A5294" w:rsidRDefault="006865AE" w:rsidP="0031204B">
      <w:pPr>
        <w:overflowPunct w:val="0"/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5294">
        <w:rPr>
          <w:rFonts w:ascii="Times New Roman" w:hAnsi="Times New Roman" w:cs="Times New Roman"/>
          <w:sz w:val="24"/>
          <w:szCs w:val="24"/>
        </w:rPr>
        <w:t xml:space="preserve">23.1. minus 20 °C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žemesnė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– 1–4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;</w:t>
      </w:r>
    </w:p>
    <w:p w14:paraId="7B58159E" w14:textId="77777777" w:rsidR="006865AE" w:rsidRPr="005A5294" w:rsidRDefault="006865AE" w:rsidP="005A5294">
      <w:pPr>
        <w:overflowPunct w:val="0"/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5294">
        <w:rPr>
          <w:rFonts w:ascii="Times New Roman" w:hAnsi="Times New Roman" w:cs="Times New Roman"/>
          <w:sz w:val="24"/>
          <w:szCs w:val="24"/>
        </w:rPr>
        <w:t xml:space="preserve">23.2. minus 25 °C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žemesnė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– 6–10, I–IV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gimnazijos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;</w:t>
      </w:r>
    </w:p>
    <w:p w14:paraId="7041E48E" w14:textId="77777777" w:rsidR="006865AE" w:rsidRPr="005A5294" w:rsidRDefault="006865AE" w:rsidP="005A5294">
      <w:pPr>
        <w:overflowPunct w:val="0"/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5294">
        <w:rPr>
          <w:rFonts w:ascii="Times New Roman" w:hAnsi="Times New Roman" w:cs="Times New Roman"/>
          <w:sz w:val="24"/>
          <w:szCs w:val="24"/>
        </w:rPr>
        <w:t xml:space="preserve">23.3. 30 °C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aukštesnė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– 5–10, I–IV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gimnazijos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.</w:t>
      </w:r>
    </w:p>
    <w:p w14:paraId="2AEA2049" w14:textId="77777777" w:rsidR="006865AE" w:rsidRPr="005A5294" w:rsidRDefault="006865AE" w:rsidP="006865AE">
      <w:pPr>
        <w:overflowPunct w:val="0"/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529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nevyko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šalčio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karantino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stichinių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nelaimių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, el. dienyne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žymimos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datos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parašoma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nevyko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... (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nurodoma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priežastis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)“.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Šiais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atvejais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teminis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planas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koreguojamas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. Į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mokyklą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atvykusiems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organizuojamas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netradicinis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.</w:t>
      </w:r>
    </w:p>
    <w:p w14:paraId="72E55E5E" w14:textId="77777777" w:rsidR="006865AE" w:rsidRPr="005A5294" w:rsidRDefault="006865AE" w:rsidP="006865AE">
      <w:pPr>
        <w:tabs>
          <w:tab w:val="left" w:pos="1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25.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</w:rPr>
        <w:t>vadovas</w:t>
      </w:r>
      <w:proofErr w:type="spellEnd"/>
      <w:r w:rsidRPr="005A5294">
        <w:rPr>
          <w:rFonts w:ascii="Times New Roman" w:hAnsi="Times New Roman" w:cs="Times New Roman"/>
          <w:sz w:val="24"/>
          <w:szCs w:val="24"/>
        </w:rPr>
        <w:t>,</w:t>
      </w:r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nesant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valstybės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savivaldybės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lygio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sprendimų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dėl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ugdymo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proceso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organizavimo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esant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ypatingoms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aplinkybėms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Mokykloje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dėl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kurių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ugdymo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procesas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lastRenderedPageBreak/>
        <w:t>negali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būti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organizuojamas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kasdieniu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mokymo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proceso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būdu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suderinęs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steigėju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gali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priimti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sprendimus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laikinai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koreguoti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ugdymo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proceso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įgyvendinimą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6231C9" w14:textId="77777777" w:rsidR="006865AE" w:rsidRPr="005A5294" w:rsidRDefault="006865AE" w:rsidP="006865AE">
      <w:pPr>
        <w:tabs>
          <w:tab w:val="left" w:pos="180"/>
          <w:tab w:val="left" w:pos="709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25.1.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keisti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numatytą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pamokų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trukmę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1CCCC1" w14:textId="77777777" w:rsidR="006865AE" w:rsidRPr="005A5294" w:rsidRDefault="006865AE" w:rsidP="006865AE">
      <w:pPr>
        <w:tabs>
          <w:tab w:val="left" w:pos="1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25.2.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keisti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nustatytą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pamokų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pradžios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pabaigos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</w:rPr>
        <w:t>laiką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E7CEB2" w14:textId="77777777" w:rsidR="006865AE" w:rsidRPr="005A5294" w:rsidRDefault="006865AE" w:rsidP="006865AE">
      <w:pPr>
        <w:tabs>
          <w:tab w:val="left" w:pos="180"/>
          <w:tab w:val="left" w:pos="709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25.3.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procesą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perkelti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į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kitas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aplinkas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;</w:t>
      </w:r>
    </w:p>
    <w:p w14:paraId="0CF1608D" w14:textId="77777777" w:rsidR="006865AE" w:rsidRPr="005A5294" w:rsidRDefault="006865AE" w:rsidP="006865AE">
      <w:pPr>
        <w:tabs>
          <w:tab w:val="left" w:pos="180"/>
          <w:tab w:val="left" w:pos="709"/>
          <w:tab w:val="left" w:pos="851"/>
          <w:tab w:val="left" w:pos="1530"/>
          <w:tab w:val="left" w:pos="184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25.4.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priimti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kitus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aktualius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proceso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organizavimo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sprendimus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mažinančius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/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šalinančius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pavojų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mokinių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sveikatai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ir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gyvybei</w:t>
      </w:r>
      <w:proofErr w:type="spellEnd"/>
      <w:r w:rsidRPr="005A5294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2311CB8E" w14:textId="77777777" w:rsidR="006865AE" w:rsidRPr="005A5294" w:rsidRDefault="006865AE" w:rsidP="006865AE">
      <w:pPr>
        <w:tabs>
          <w:tab w:val="left" w:pos="180"/>
          <w:tab w:val="left" w:pos="709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26. Per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mokslo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metus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vykdomi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mokinių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žinių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patikrinimai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kontrolinės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pamokos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uždari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akademiniai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koncertai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perklausos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peržiūros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įskaitos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CBAC140" w14:textId="30CDD22C" w:rsidR="006865AE" w:rsidRPr="005A5294" w:rsidRDefault="006865A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27.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Muzikos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skyriaus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mokiniai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baigdami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programas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II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pusmečio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pabaigoje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laiko</w:t>
      </w:r>
      <w:proofErr w:type="spellEnd"/>
      <w:r w:rsidRPr="005A5294">
        <w:rPr>
          <w:rFonts w:ascii="Times New Roman" w:hAnsi="Times New Roman" w:cs="Times New Roman"/>
          <w:color w:val="C00000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baigiamuosius</w:t>
      </w:r>
      <w:proofErr w:type="spellEnd"/>
      <w:r w:rsidRPr="005A5294">
        <w:rPr>
          <w:rFonts w:ascii="Times New Roman" w:hAnsi="Times New Roman" w:cs="Times New Roman"/>
          <w:color w:val="C00000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egzaminus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Mokinys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kuris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turi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neigiamą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metinį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pažymį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neprileidžiamas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laikyti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baigiamųjų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egzaminų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Mokinys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kartoja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4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klasės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r w:rsidR="005A5294">
        <w:rPr>
          <w:rFonts w:ascii="Times New Roman" w:hAnsi="Times New Roman" w:cs="Times New Roman"/>
          <w:sz w:val="24"/>
          <w:szCs w:val="24"/>
          <w:lang w:val="pl-PL"/>
        </w:rPr>
        <w:t>7</w:t>
      </w:r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klasės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ir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baigiamuosius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egzaminus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laiko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kitais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mokslo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metais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Ligos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atveju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tėvai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globėjai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rūpintojai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)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pateikia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prašymą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Mokytojų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tarybai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dėl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baigiamojo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egzamino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laikymo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atidėjimo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F03311E" w14:textId="073E9C01" w:rsidR="006865AE" w:rsidRPr="005A5294" w:rsidRDefault="00E8166E" w:rsidP="006865AE">
      <w:pPr>
        <w:tabs>
          <w:tab w:val="left" w:pos="180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28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Nuo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perklausų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peržiūrų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egzaminų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įskaitų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mokiniai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gali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būti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atleidžiami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dėl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ligos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kitų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rimtų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priežasčių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Mokytojų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tarybos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sprendimu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38803CF7" w14:textId="7AF4D5B3" w:rsidR="006865AE" w:rsidRPr="005A5294" w:rsidRDefault="00E8166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Lietuvos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Respublikos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švietimo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mokslo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ir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sporto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ministerijos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neformaliojo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vaikų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švietimo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pažymėjimai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išduodami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baigus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AAFAD51" w14:textId="4D22DAF0" w:rsidR="006865AE" w:rsidRPr="005A5294" w:rsidRDefault="00E8166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.1.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FŠPU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098D13F" w14:textId="3A56C053" w:rsidR="006865AE" w:rsidRPr="005A5294" w:rsidRDefault="00E8166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.2.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FŠPU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1A02909" w14:textId="21E7D7D5" w:rsidR="006865AE" w:rsidRPr="005A5294" w:rsidRDefault="00E8166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.3.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FŠPU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8534598" w14:textId="0079B0D4" w:rsidR="006865AE" w:rsidRPr="005A5294" w:rsidRDefault="00E8166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.4.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FŠPU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DA18D7F" w14:textId="17849EA0" w:rsidR="006865AE" w:rsidRPr="005A5294" w:rsidRDefault="006865AE" w:rsidP="006865AE">
      <w:pPr>
        <w:tabs>
          <w:tab w:val="left" w:pos="180"/>
          <w:tab w:val="left" w:pos="709"/>
          <w:tab w:val="left" w:pos="90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C00000"/>
          <w:sz w:val="24"/>
          <w:szCs w:val="24"/>
          <w:lang w:val="pl-PL"/>
        </w:rPr>
      </w:pPr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           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0</w:t>
      </w:r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Mokyklos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pažyma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apie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išklausytą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kursą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gali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būti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išduodama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mokiniui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nebaigusiam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visos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mokiniui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baigusiam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NŠ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jos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dalį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9BDFA3B" w14:textId="2DD34B20" w:rsidR="006865AE" w:rsidRPr="005A5294" w:rsidRDefault="006865AE" w:rsidP="006865AE">
      <w:pPr>
        <w:tabs>
          <w:tab w:val="left" w:pos="180"/>
          <w:tab w:val="left" w:pos="360"/>
          <w:tab w:val="left" w:pos="54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A5294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5A5294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Tėvų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globėjų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rūpintojų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)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prašymu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mokinys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gali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būti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perkeltas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iš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į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mėgėjų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Pagal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mokytojo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rekomendaciją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mokinys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gali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būti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perkeltas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į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mėgėjų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programą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kai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programa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mokiniui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yra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per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sunki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sukelia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mokymosi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sunkumų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ar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neatitinka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jo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individualios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pažangos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5A5294">
        <w:rPr>
          <w:rFonts w:ascii="Times New Roman" w:hAnsi="Times New Roman" w:cs="Times New Roman"/>
          <w:sz w:val="24"/>
          <w:szCs w:val="24"/>
          <w:lang w:val="pl-PL"/>
        </w:rPr>
        <w:t>galimybių</w:t>
      </w:r>
      <w:proofErr w:type="spellEnd"/>
      <w:r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8359301" w14:textId="663581DE" w:rsidR="006865AE" w:rsidRPr="005A5294" w:rsidRDefault="00E8166E" w:rsidP="00E8166E">
      <w:pPr>
        <w:tabs>
          <w:tab w:val="left" w:pos="180"/>
          <w:tab w:val="left" w:pos="360"/>
          <w:tab w:val="left" w:pos="54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>32</w:t>
      </w:r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procesas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organizuojamas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atsižvelgiant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į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mokinių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amžiaus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raidos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ypatumus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asmeninius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gebėjimus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ir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poreikius</w:t>
      </w:r>
      <w:proofErr w:type="spellEnd"/>
      <w:r w:rsidR="006865AE" w:rsidRPr="005A52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A558AF1" w14:textId="77777777" w:rsidR="006865AE" w:rsidRPr="005A5294" w:rsidRDefault="006865AE" w:rsidP="006865AE">
      <w:pPr>
        <w:tabs>
          <w:tab w:val="left" w:pos="180"/>
          <w:tab w:val="left" w:pos="360"/>
          <w:tab w:val="left" w:pos="540"/>
          <w:tab w:val="left" w:pos="1080"/>
          <w:tab w:val="left" w:pos="1350"/>
          <w:tab w:val="left" w:pos="153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39B9E70" w14:textId="77777777" w:rsidR="006865AE" w:rsidRPr="00F35B4D" w:rsidRDefault="006865AE" w:rsidP="009C1712">
      <w:p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06CA86E8" w14:textId="5C4B0667" w:rsidR="006865AE" w:rsidRPr="003724EC" w:rsidRDefault="004E42A7" w:rsidP="009C1712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3724EC">
        <w:rPr>
          <w:rFonts w:ascii="Times New Roman" w:hAnsi="Times New Roman" w:cs="Times New Roman"/>
          <w:color w:val="auto"/>
          <w:sz w:val="24"/>
          <w:szCs w:val="24"/>
          <w:lang w:val="pl-PL"/>
        </w:rPr>
        <w:t>IV SKYRIUS</w:t>
      </w:r>
    </w:p>
    <w:p w14:paraId="4E18E6E5" w14:textId="13E250CF" w:rsidR="00FA16FD" w:rsidRPr="003724EC" w:rsidRDefault="004E42A7" w:rsidP="009C1712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3724EC">
        <w:rPr>
          <w:rFonts w:ascii="Times New Roman" w:hAnsi="Times New Roman" w:cs="Times New Roman"/>
          <w:color w:val="auto"/>
          <w:sz w:val="24"/>
          <w:szCs w:val="24"/>
          <w:lang w:val="pl-PL"/>
        </w:rPr>
        <w:t>MOKYKLOJE VYKDOMOS PROGRAMOS</w:t>
      </w:r>
    </w:p>
    <w:p w14:paraId="2ECB40EB" w14:textId="56457188" w:rsidR="006865AE" w:rsidRPr="003724EC" w:rsidRDefault="006865AE" w:rsidP="00F35B4D">
      <w:pPr>
        <w:tabs>
          <w:tab w:val="left" w:pos="1080"/>
        </w:tabs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3</w:t>
      </w:r>
      <w:r w:rsidR="00E8166E" w:rsidRPr="003724EC">
        <w:rPr>
          <w:rFonts w:ascii="Times New Roman" w:hAnsi="Times New Roman" w:cs="Times New Roman"/>
          <w:bCs/>
          <w:sz w:val="24"/>
          <w:szCs w:val="24"/>
          <w:lang w:val="pl-PL"/>
        </w:rPr>
        <w:t>3</w:t>
      </w:r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Programų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turinys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orientuojamas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į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mokinio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amžių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atitinkančių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ir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visuomenės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kaitą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atliepiančių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kompetencijų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ugdymą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Ugdymo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turinys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konkretinamas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išskiriant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kiekvienos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programos</w:t>
      </w:r>
      <w:proofErr w:type="spellEnd"/>
      <w:r w:rsidR="00F35B4D"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ugdymo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turinio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dalykus</w:t>
      </w:r>
      <w:proofErr w:type="spellEnd"/>
      <w:r w:rsidRPr="003724EC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4686490B" w14:textId="3894DFC1" w:rsidR="006865AE" w:rsidRPr="00E8166E" w:rsidRDefault="006865AE" w:rsidP="00F35B4D">
      <w:pPr>
        <w:pStyle w:val="Pagrindiniotekstotrauka"/>
        <w:spacing w:line="276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  <w:r w:rsidRPr="00E8166E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 w:rsidRP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. 2026–2027 m. m.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Mokykloje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vykdomos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šios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FŠPU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programos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AD0463" w14:textId="5FDD8FF2" w:rsidR="006865AE" w:rsidRPr="00E8166E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8166E">
        <w:rPr>
          <w:rFonts w:ascii="Times New Roman" w:hAnsi="Times New Roman" w:cs="Times New Roman"/>
          <w:sz w:val="24"/>
          <w:szCs w:val="24"/>
          <w:lang w:val="pl-PL"/>
        </w:rPr>
        <w:lastRenderedPageBreak/>
        <w:t>3</w:t>
      </w:r>
      <w:r w:rsidR="00E8166E" w:rsidRP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.1.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108E1831" w14:textId="50449D5C" w:rsidR="006865AE" w:rsidRPr="00E8166E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8166E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 w:rsidRP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.2.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E8166E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E8166E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3642DB8E" w14:textId="3ABB211F" w:rsidR="006865AE" w:rsidRPr="00F35B4D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.3.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3DEDA290" w14:textId="6C6D44AB" w:rsidR="006865AE" w:rsidRPr="00F35B4D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.4.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22505B0" w14:textId="38B835C0" w:rsidR="006865AE" w:rsidRPr="00F35B4D" w:rsidRDefault="006865AE" w:rsidP="00F35B4D">
      <w:pPr>
        <w:tabs>
          <w:tab w:val="left" w:pos="180"/>
          <w:tab w:val="left" w:pos="360"/>
          <w:tab w:val="left" w:pos="540"/>
          <w:tab w:val="left" w:pos="709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 2026–2027 m. m.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Mokykloje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vykdomos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šios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NŠ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programos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0528133B" w14:textId="7E051DD4" w:rsidR="006865AE" w:rsidRPr="00F35B4D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mėgėjų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suaugusiųjų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14:paraId="6D766E9D" w14:textId="51092740" w:rsidR="006865AE" w:rsidRPr="00F35B4D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2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ankstyvojo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737E65FF" w14:textId="233F5446" w:rsidR="006865AE" w:rsidRPr="00F35B4D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kryptingo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išplėstinio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)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531BEAFC" w14:textId="4D7389D4" w:rsidR="006865AE" w:rsidRDefault="006865AE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mėgėjų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vaikų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  <w:lang w:val="pl-PL"/>
        </w:rPr>
        <w:t>suaugusiųjų</w:t>
      </w:r>
      <w:proofErr w:type="spellEnd"/>
      <w:r w:rsidRPr="00F35B4D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F35B4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55FD0399" w14:textId="1C68E910" w:rsidR="00F35B4D" w:rsidRDefault="00F35B4D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8166E">
        <w:rPr>
          <w:rFonts w:ascii="Times New Roman" w:hAnsi="Times New Roman" w:cs="Times New Roman"/>
          <w:sz w:val="24"/>
          <w:szCs w:val="24"/>
          <w:lang w:val="pl-PL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mėgėjų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3724EC">
        <w:rPr>
          <w:rFonts w:ascii="Times New Roman" w:hAnsi="Times New Roman" w:cs="Times New Roman"/>
          <w:sz w:val="24"/>
          <w:szCs w:val="24"/>
          <w:lang w:val="pl-PL"/>
        </w:rPr>
        <w:t>šokio</w:t>
      </w:r>
      <w:proofErr w:type="spellEnd"/>
      <w:r w:rsidR="003724E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(1-4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klasių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mokiniams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14:paraId="7FC1DE34" w14:textId="121A3A4E" w:rsidR="003724EC" w:rsidRDefault="003724EC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35.6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muzikinės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saviraiškos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suaugusiųjų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059B2F6D" w14:textId="77777777" w:rsidR="00F35B4D" w:rsidRPr="00F35B4D" w:rsidRDefault="00F35B4D" w:rsidP="006865AE">
      <w:pPr>
        <w:tabs>
          <w:tab w:val="left" w:pos="180"/>
          <w:tab w:val="left" w:pos="360"/>
          <w:tab w:val="left" w:pos="540"/>
          <w:tab w:val="left" w:pos="720"/>
          <w:tab w:val="left" w:pos="1080"/>
          <w:tab w:val="left" w:pos="1350"/>
          <w:tab w:val="left" w:pos="1530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F1B1315" w14:textId="77777777" w:rsidR="005A5294" w:rsidRPr="00F35B4D" w:rsidRDefault="004E42A7" w:rsidP="00F35B4D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color w:val="auto"/>
          <w:sz w:val="24"/>
          <w:szCs w:val="24"/>
          <w:lang w:val="pl-PL"/>
        </w:rPr>
        <w:t>V SKYRIUS</w:t>
      </w:r>
    </w:p>
    <w:p w14:paraId="59D65070" w14:textId="64DF540E" w:rsidR="005A5294" w:rsidRPr="00F35B4D" w:rsidRDefault="004E42A7" w:rsidP="00F35B4D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35B4D">
        <w:rPr>
          <w:rFonts w:ascii="Times New Roman" w:hAnsi="Times New Roman" w:cs="Times New Roman"/>
          <w:color w:val="auto"/>
          <w:sz w:val="24"/>
          <w:szCs w:val="24"/>
          <w:lang w:val="pl-PL"/>
        </w:rPr>
        <w:t>UGDYMO PROGRAMŲ ĮGYVENDINIMAS</w:t>
      </w:r>
    </w:p>
    <w:p w14:paraId="0DD8C1F7" w14:textId="6583C41D" w:rsidR="005A5294" w:rsidRPr="00F35B4D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</w:pPr>
      <w:r w:rsidRPr="00F35B4D">
        <w:rPr>
          <w:rFonts w:ascii="Times New Roman" w:eastAsia="Times New Roman" w:hAnsi="Times New Roman" w:cs="Times New Roman"/>
          <w:kern w:val="36"/>
          <w:sz w:val="24"/>
          <w:szCs w:val="24"/>
          <w:lang w:val="pl-PL"/>
        </w:rPr>
        <w:t xml:space="preserve">            </w:t>
      </w:r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3</w:t>
      </w:r>
      <w:r w:rsidR="00E816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6</w:t>
      </w:r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.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Neformaliojo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švietimo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ankstyvojo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muzikinio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ugdymo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programa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ir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pamokų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skaičius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:</w:t>
      </w:r>
    </w:p>
    <w:tbl>
      <w:tblPr>
        <w:tblStyle w:val="Lentelstinklelis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29"/>
        <w:gridCol w:w="4110"/>
      </w:tblGrid>
      <w:tr w:rsidR="005A5294" w:rsidRPr="00F35B4D" w14:paraId="078FBA03" w14:textId="77777777" w:rsidTr="00D04871">
        <w:trPr>
          <w:trHeight w:val="219"/>
        </w:trPr>
        <w:tc>
          <w:tcPr>
            <w:tcW w:w="5529" w:type="dxa"/>
            <w:vAlign w:val="center"/>
          </w:tcPr>
          <w:p w14:paraId="4F95DC13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Mokomasis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4110" w:type="dxa"/>
          </w:tcPr>
          <w:p w14:paraId="4328995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</w:p>
        </w:tc>
      </w:tr>
      <w:tr w:rsidR="005A5294" w:rsidRPr="00F35B4D" w14:paraId="75DFC73F" w14:textId="77777777" w:rsidTr="00D04871">
        <w:tc>
          <w:tcPr>
            <w:tcW w:w="5529" w:type="dxa"/>
            <w:vAlign w:val="center"/>
          </w:tcPr>
          <w:p w14:paraId="2FDFADED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Pasirenkamieji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110" w:type="dxa"/>
            <w:vAlign w:val="center"/>
          </w:tcPr>
          <w:p w14:paraId="332036B7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94" w:rsidRPr="00F35B4D" w14:paraId="15DEF246" w14:textId="77777777" w:rsidTr="00D04871">
        <w:tc>
          <w:tcPr>
            <w:tcW w:w="5529" w:type="dxa"/>
            <w:vAlign w:val="center"/>
          </w:tcPr>
          <w:p w14:paraId="24EBA1A4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Muzikos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solinis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dainavimas</w:t>
            </w:r>
            <w:proofErr w:type="spellEnd"/>
          </w:p>
        </w:tc>
        <w:tc>
          <w:tcPr>
            <w:tcW w:w="4110" w:type="dxa"/>
            <w:vAlign w:val="center"/>
          </w:tcPr>
          <w:p w14:paraId="7EA4DDD3" w14:textId="6934B03B" w:rsidR="005A5294" w:rsidRPr="00F35B4D" w:rsidRDefault="00F35B4D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5011C68" w14:textId="77777777" w:rsidR="005A5294" w:rsidRPr="00F35B4D" w:rsidRDefault="005A5294" w:rsidP="005A5294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6AB855E" w14:textId="36AFD9E2" w:rsidR="005A5294" w:rsidRPr="00F35B4D" w:rsidRDefault="005A5294" w:rsidP="005A5294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3</w:t>
      </w:r>
      <w:r w:rsidR="00E8166E">
        <w:rPr>
          <w:rFonts w:ascii="Times New Roman" w:hAnsi="Times New Roman" w:cs="Times New Roman"/>
          <w:sz w:val="24"/>
          <w:szCs w:val="24"/>
        </w:rPr>
        <w:t>7</w:t>
      </w:r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Ankstyvasis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pradedamas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5–6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6D283AD7" w14:textId="6A67BE9C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166E">
        <w:rPr>
          <w:rFonts w:ascii="Times New Roman" w:hAnsi="Times New Roman" w:cs="Times New Roman"/>
          <w:sz w:val="24"/>
          <w:szCs w:val="24"/>
        </w:rPr>
        <w:t>38</w:t>
      </w:r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1–2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3B664630" w14:textId="662AD567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166E">
        <w:rPr>
          <w:rFonts w:ascii="Times New Roman" w:hAnsi="Times New Roman" w:cs="Times New Roman"/>
          <w:sz w:val="24"/>
          <w:szCs w:val="24"/>
        </w:rPr>
        <w:t>39</w:t>
      </w:r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rinktis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dainavimo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pažinimo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5D9F717C" w14:textId="6A7CC77B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4</w:t>
      </w:r>
      <w:r w:rsidR="00E8166E">
        <w:rPr>
          <w:rFonts w:ascii="Times New Roman" w:hAnsi="Times New Roman" w:cs="Times New Roman"/>
          <w:sz w:val="24"/>
          <w:szCs w:val="24"/>
        </w:rPr>
        <w:t>0</w:t>
      </w:r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forma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tėveliams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177EA" w14:textId="133B74D7" w:rsidR="005A5294" w:rsidRDefault="005A5294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35B4D">
        <w:rPr>
          <w:rFonts w:ascii="Times New Roman" w:hAnsi="Times New Roman" w:cs="Times New Roman"/>
          <w:sz w:val="24"/>
          <w:szCs w:val="24"/>
        </w:rPr>
        <w:t>4</w:t>
      </w:r>
      <w:r w:rsidR="00E8166E">
        <w:rPr>
          <w:rFonts w:ascii="Times New Roman" w:hAnsi="Times New Roman" w:cs="Times New Roman"/>
          <w:sz w:val="24"/>
          <w:szCs w:val="24"/>
        </w:rPr>
        <w:t>1</w:t>
      </w:r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Šių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pažangai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taikomas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neformalus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vertinimas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atliekamas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žodžiu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komentaru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nuolat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bendradarbiaujant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mokytojui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l</w:t>
      </w:r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ankomumas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elektroniniame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dienyne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fiksuojamas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6AFE1FEA" w14:textId="3DA61617" w:rsidR="00C867A2" w:rsidRDefault="00C867A2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7AA4F37" w14:textId="4BADC92C" w:rsidR="00C476BE" w:rsidRDefault="00C476BE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50B6ECE" w14:textId="77777777" w:rsidR="00C476BE" w:rsidRPr="00F35B4D" w:rsidRDefault="00C476BE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6F22BFE" w14:textId="1361B76A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B4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8166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Pradinio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formalųjį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švietimą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papildančio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pamokų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skaičius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4176"/>
        <w:gridCol w:w="1265"/>
        <w:gridCol w:w="1265"/>
        <w:gridCol w:w="1265"/>
        <w:gridCol w:w="1379"/>
      </w:tblGrid>
      <w:tr w:rsidR="005A5294" w:rsidRPr="00F35B4D" w14:paraId="32C63177" w14:textId="77777777" w:rsidTr="004C4FD6">
        <w:trPr>
          <w:trHeight w:val="219"/>
        </w:trPr>
        <w:tc>
          <w:tcPr>
            <w:tcW w:w="4176" w:type="dxa"/>
            <w:vMerge w:val="restart"/>
            <w:vAlign w:val="center"/>
          </w:tcPr>
          <w:p w14:paraId="338E7CE6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Mokomasis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5174" w:type="dxa"/>
            <w:gridSpan w:val="4"/>
          </w:tcPr>
          <w:p w14:paraId="7C5A6449" w14:textId="77777777" w:rsidR="005A5294" w:rsidRPr="00F35B4D" w:rsidRDefault="005A5294" w:rsidP="00D04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</w:p>
        </w:tc>
      </w:tr>
      <w:tr w:rsidR="005A5294" w:rsidRPr="00F35B4D" w14:paraId="60B34CD5" w14:textId="77777777" w:rsidTr="004C4FD6">
        <w:trPr>
          <w:trHeight w:val="219"/>
        </w:trPr>
        <w:tc>
          <w:tcPr>
            <w:tcW w:w="4176" w:type="dxa"/>
            <w:vMerge/>
            <w:vAlign w:val="center"/>
          </w:tcPr>
          <w:p w14:paraId="78648043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429988F8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265" w:type="dxa"/>
            <w:vAlign w:val="center"/>
          </w:tcPr>
          <w:p w14:paraId="17286B0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265" w:type="dxa"/>
            <w:vAlign w:val="center"/>
          </w:tcPr>
          <w:p w14:paraId="049F030D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379" w:type="dxa"/>
            <w:vAlign w:val="center"/>
          </w:tcPr>
          <w:p w14:paraId="6344C7D6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</w:tr>
      <w:tr w:rsidR="005A5294" w:rsidRPr="00F35B4D" w14:paraId="23B24264" w14:textId="77777777" w:rsidTr="004C4FD6">
        <w:tc>
          <w:tcPr>
            <w:tcW w:w="9350" w:type="dxa"/>
            <w:gridSpan w:val="5"/>
            <w:vAlign w:val="center"/>
          </w:tcPr>
          <w:p w14:paraId="59977D64" w14:textId="77777777" w:rsidR="005A5294" w:rsidRPr="00F35B4D" w:rsidRDefault="005A5294" w:rsidP="00D048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Privalomi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pagrindiniai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branduolio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F35B4D" w14:paraId="2BAAB3D9" w14:textId="77777777" w:rsidTr="004C4FD6">
        <w:tc>
          <w:tcPr>
            <w:tcW w:w="4176" w:type="dxa"/>
          </w:tcPr>
          <w:p w14:paraId="08A9C0BC" w14:textId="257B96D5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14:paraId="7353ADEE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1*–2</w:t>
            </w:r>
          </w:p>
        </w:tc>
        <w:tc>
          <w:tcPr>
            <w:tcW w:w="1265" w:type="dxa"/>
            <w:vAlign w:val="center"/>
          </w:tcPr>
          <w:p w14:paraId="6C448828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  <w:vAlign w:val="center"/>
          </w:tcPr>
          <w:p w14:paraId="1C285ABF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9" w:type="dxa"/>
            <w:vAlign w:val="center"/>
          </w:tcPr>
          <w:p w14:paraId="532E20BC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F35B4D" w14:paraId="4683CDAC" w14:textId="77777777" w:rsidTr="004C4FD6">
        <w:tc>
          <w:tcPr>
            <w:tcW w:w="4176" w:type="dxa"/>
          </w:tcPr>
          <w:p w14:paraId="4EC266B8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Solfedžio</w:t>
            </w:r>
            <w:proofErr w:type="spellEnd"/>
          </w:p>
        </w:tc>
        <w:tc>
          <w:tcPr>
            <w:tcW w:w="1265" w:type="dxa"/>
            <w:vAlign w:val="center"/>
          </w:tcPr>
          <w:p w14:paraId="12EB875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  <w:vAlign w:val="center"/>
          </w:tcPr>
          <w:p w14:paraId="70B42763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  <w:vAlign w:val="center"/>
          </w:tcPr>
          <w:p w14:paraId="4A57FACC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9" w:type="dxa"/>
            <w:vAlign w:val="center"/>
          </w:tcPr>
          <w:p w14:paraId="2C3D4B70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F35B4D" w14:paraId="0C99D581" w14:textId="77777777" w:rsidTr="004C4FD6">
        <w:tc>
          <w:tcPr>
            <w:tcW w:w="4176" w:type="dxa"/>
          </w:tcPr>
          <w:p w14:paraId="49760BFC" w14:textId="6BC16532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Jaunučių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6534">
              <w:rPr>
                <w:rFonts w:ascii="Times New Roman" w:hAnsi="Times New Roman" w:cs="Times New Roman"/>
                <w:sz w:val="24"/>
                <w:szCs w:val="24"/>
              </w:rPr>
              <w:t>choras</w:t>
            </w:r>
            <w:proofErr w:type="spellEnd"/>
          </w:p>
        </w:tc>
        <w:tc>
          <w:tcPr>
            <w:tcW w:w="1265" w:type="dxa"/>
            <w:vAlign w:val="center"/>
          </w:tcPr>
          <w:p w14:paraId="50B6ADD8" w14:textId="3ABC0D5D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  <w:vAlign w:val="center"/>
          </w:tcPr>
          <w:p w14:paraId="0B381582" w14:textId="1592F32D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  <w:vAlign w:val="center"/>
          </w:tcPr>
          <w:p w14:paraId="019DCE22" w14:textId="11C6E5ED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9" w:type="dxa"/>
            <w:vAlign w:val="center"/>
          </w:tcPr>
          <w:p w14:paraId="1DF9A0C8" w14:textId="4D6D05A8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5294" w:rsidRPr="00F35B4D" w14:paraId="17C3DE0E" w14:textId="77777777" w:rsidTr="004C4FD6">
        <w:tc>
          <w:tcPr>
            <w:tcW w:w="9350" w:type="dxa"/>
            <w:gridSpan w:val="5"/>
          </w:tcPr>
          <w:p w14:paraId="04A0615D" w14:textId="77777777" w:rsidR="005A5294" w:rsidRPr="00F35B4D" w:rsidRDefault="005A5294" w:rsidP="00D048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Privalomi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kintamieji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branduolio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F35B4D" w14:paraId="4D8FF3D8" w14:textId="77777777" w:rsidTr="004C4FD6">
        <w:tc>
          <w:tcPr>
            <w:tcW w:w="4176" w:type="dxa"/>
          </w:tcPr>
          <w:p w14:paraId="321766FD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Antrasis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muzikos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fortepijonas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5" w:type="dxa"/>
            <w:vAlign w:val="center"/>
          </w:tcPr>
          <w:p w14:paraId="46D6BA12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5" w:type="dxa"/>
            <w:vAlign w:val="center"/>
          </w:tcPr>
          <w:p w14:paraId="36AD2D4A" w14:textId="20688976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5" w:type="dxa"/>
            <w:vAlign w:val="center"/>
          </w:tcPr>
          <w:p w14:paraId="2CAF472D" w14:textId="767ED788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379" w:type="dxa"/>
            <w:vAlign w:val="center"/>
          </w:tcPr>
          <w:p w14:paraId="5B4A5446" w14:textId="51095BA0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5294" w:rsidRPr="00F35B4D" w14:paraId="0A5B37D1" w14:textId="77777777" w:rsidTr="004C4FD6">
        <w:tc>
          <w:tcPr>
            <w:tcW w:w="9350" w:type="dxa"/>
            <w:gridSpan w:val="5"/>
            <w:vAlign w:val="center"/>
          </w:tcPr>
          <w:p w14:paraId="71DEC5E8" w14:textId="77777777" w:rsidR="005A5294" w:rsidRPr="00F35B4D" w:rsidRDefault="005A5294" w:rsidP="00D048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Pasirenkamieji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F35B4D" w14:paraId="5BA4B72F" w14:textId="77777777" w:rsidTr="004C4FD6">
        <w:tc>
          <w:tcPr>
            <w:tcW w:w="4176" w:type="dxa"/>
          </w:tcPr>
          <w:p w14:paraId="6878FB01" w14:textId="3CCFDC38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Vokaliniai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duetai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tercetai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kvartetai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kvintetai</w:t>
            </w:r>
            <w:proofErr w:type="spellEnd"/>
            <w:r w:rsidR="004C4FD6">
              <w:rPr>
                <w:rFonts w:ascii="Times New Roman" w:hAnsi="Times New Roman" w:cs="Times New Roman"/>
                <w:sz w:val="24"/>
                <w:szCs w:val="24"/>
              </w:rPr>
              <w:t>, solo.</w:t>
            </w:r>
          </w:p>
          <w:p w14:paraId="04424A68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Ansamblinis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(2–5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mokiniai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5" w:type="dxa"/>
            <w:vAlign w:val="center"/>
          </w:tcPr>
          <w:p w14:paraId="7E2D209D" w14:textId="7F7A4A12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4FD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265" w:type="dxa"/>
            <w:vAlign w:val="center"/>
          </w:tcPr>
          <w:p w14:paraId="24492704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1265" w:type="dxa"/>
            <w:vAlign w:val="center"/>
          </w:tcPr>
          <w:p w14:paraId="256A813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1379" w:type="dxa"/>
            <w:vAlign w:val="center"/>
          </w:tcPr>
          <w:p w14:paraId="01EC271A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</w:tr>
      <w:tr w:rsidR="005A5294" w:rsidRPr="00F35B4D" w14:paraId="7D170034" w14:textId="77777777" w:rsidTr="004C4FD6">
        <w:tc>
          <w:tcPr>
            <w:tcW w:w="4176" w:type="dxa"/>
            <w:vAlign w:val="center"/>
          </w:tcPr>
          <w:p w14:paraId="59145C65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Minimalus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65" w:type="dxa"/>
            <w:vAlign w:val="center"/>
          </w:tcPr>
          <w:p w14:paraId="7D2962C2" w14:textId="7393483E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5" w:type="dxa"/>
            <w:vAlign w:val="center"/>
          </w:tcPr>
          <w:p w14:paraId="37BEA509" w14:textId="43493FF6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5" w:type="dxa"/>
            <w:vAlign w:val="center"/>
          </w:tcPr>
          <w:p w14:paraId="27CE2E27" w14:textId="34F318A8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9" w:type="dxa"/>
            <w:vAlign w:val="center"/>
          </w:tcPr>
          <w:p w14:paraId="2BCD4684" w14:textId="31BB0205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5294" w:rsidRPr="00F35B4D" w14:paraId="281161E3" w14:textId="77777777" w:rsidTr="004C4FD6">
        <w:tc>
          <w:tcPr>
            <w:tcW w:w="4176" w:type="dxa"/>
            <w:vAlign w:val="center"/>
          </w:tcPr>
          <w:p w14:paraId="766FCB51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Maksimalus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5" w:type="dxa"/>
            <w:vAlign w:val="center"/>
          </w:tcPr>
          <w:p w14:paraId="39D7C927" w14:textId="58933E7E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5" w:type="dxa"/>
            <w:vAlign w:val="center"/>
          </w:tcPr>
          <w:p w14:paraId="264CB835" w14:textId="4CD2CB64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5" w:type="dxa"/>
            <w:vAlign w:val="center"/>
          </w:tcPr>
          <w:p w14:paraId="68439754" w14:textId="3F6225E2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9" w:type="dxa"/>
            <w:vAlign w:val="center"/>
          </w:tcPr>
          <w:p w14:paraId="041155B3" w14:textId="6469AAD2" w:rsidR="005A5294" w:rsidRPr="00F35B4D" w:rsidRDefault="004C4FD6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A5294" w:rsidRPr="00F35B4D" w14:paraId="1F207105" w14:textId="77777777" w:rsidTr="004C4FD6">
        <w:tc>
          <w:tcPr>
            <w:tcW w:w="4179" w:type="dxa"/>
            <w:vAlign w:val="center"/>
          </w:tcPr>
          <w:p w14:paraId="6FBECB48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Maksimalus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4" w:type="dxa"/>
            <w:vAlign w:val="center"/>
          </w:tcPr>
          <w:p w14:paraId="05897CC6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64" w:type="dxa"/>
            <w:vAlign w:val="center"/>
          </w:tcPr>
          <w:p w14:paraId="068475E6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64" w:type="dxa"/>
            <w:vAlign w:val="center"/>
          </w:tcPr>
          <w:p w14:paraId="22ABB45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379" w:type="dxa"/>
            <w:vAlign w:val="center"/>
          </w:tcPr>
          <w:p w14:paraId="3032923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</w:tbl>
    <w:p w14:paraId="3A9C9E44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Pastabos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:</w:t>
      </w:r>
    </w:p>
    <w:p w14:paraId="25705B31" w14:textId="77777777" w:rsidR="005A5294" w:rsidRPr="00F35B4D" w:rsidRDefault="005A5294" w:rsidP="005A5294">
      <w:pPr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*  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klasėje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dalykui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savaitinė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kartus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po 0,5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4A62C" w14:textId="3F513655" w:rsidR="005A5294" w:rsidRPr="00F35B4D" w:rsidRDefault="005A5294" w:rsidP="004C4FD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45.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Pradinis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pradedamas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7–12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03E7BC88" w14:textId="77777777" w:rsidR="005A5294" w:rsidRPr="00F35B4D" w:rsidRDefault="005A5294" w:rsidP="005A529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46. 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4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6C385903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47. 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antrojo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individualios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48BBBD5A" w14:textId="6EC110A4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48.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ansamblinio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mokomųjų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kolektyvų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C4FD6">
        <w:rPr>
          <w:rFonts w:ascii="Times New Roman" w:hAnsi="Times New Roman" w:cs="Times New Roman"/>
          <w:sz w:val="24"/>
          <w:szCs w:val="24"/>
        </w:rPr>
        <w:t>s</w:t>
      </w:r>
      <w:r w:rsidRPr="00F35B4D">
        <w:rPr>
          <w:rFonts w:ascii="Times New Roman" w:hAnsi="Times New Roman" w:cs="Times New Roman"/>
          <w:sz w:val="24"/>
          <w:szCs w:val="24"/>
        </w:rPr>
        <w:t>tyginių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ansamblio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jaunučių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choro)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655C09DF" w14:textId="0649306D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49.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dalyko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r w:rsidR="004C4FD6">
        <w:rPr>
          <w:rFonts w:ascii="Times New Roman" w:hAnsi="Times New Roman" w:cs="Times New Roman"/>
          <w:sz w:val="24"/>
          <w:szCs w:val="24"/>
        </w:rPr>
        <w:t>12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</w:t>
      </w:r>
      <w:r w:rsidR="004C4FD6">
        <w:rPr>
          <w:rFonts w:ascii="Times New Roman" w:hAnsi="Times New Roman" w:cs="Times New Roman"/>
          <w:sz w:val="24"/>
          <w:szCs w:val="24"/>
        </w:rPr>
        <w:t>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jungtinės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16F3AA99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50.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formos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techniniai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kontrolinės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uždari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akademiniai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tėveliams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klasėje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pusmečio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pabaigoje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vyksta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baigiamieji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color w:val="000000" w:themeColor="text1"/>
          <w:sz w:val="24"/>
          <w:szCs w:val="24"/>
        </w:rPr>
        <w:t>egzaminai</w:t>
      </w:r>
      <w:proofErr w:type="spellEnd"/>
      <w:r w:rsidRPr="00F35B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CE4695B" w14:textId="77777777" w:rsidR="005A5294" w:rsidRPr="00F35B4D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51.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(1–4 kl.)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vertinami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balų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01AA7D43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52.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lankomumas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elektroniniame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dienyne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fiksuojami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04942579" w14:textId="0DF4DA33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53.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Antrasis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(tik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fortepijonas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privalomas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visiems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skyriaus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r w:rsidR="006A52CE">
        <w:rPr>
          <w:rFonts w:ascii="Times New Roman" w:hAnsi="Times New Roman" w:cs="Times New Roman"/>
          <w:sz w:val="24"/>
          <w:szCs w:val="24"/>
        </w:rPr>
        <w:t xml:space="preserve">4 </w:t>
      </w:r>
      <w:r w:rsidRPr="00F35B4D">
        <w:rPr>
          <w:rFonts w:ascii="Times New Roman" w:hAnsi="Times New Roman" w:cs="Times New Roman"/>
          <w:sz w:val="24"/>
          <w:szCs w:val="24"/>
        </w:rPr>
        <w:t>–</w:t>
      </w:r>
      <w:r w:rsidR="004C4FD6">
        <w:rPr>
          <w:rFonts w:ascii="Times New Roman" w:hAnsi="Times New Roman" w:cs="Times New Roman"/>
          <w:sz w:val="24"/>
          <w:szCs w:val="24"/>
        </w:rPr>
        <w:t>7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išskyrus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fortepijono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rinktis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kitą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antrąjį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solinį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dainavimą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426E33EE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54.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išskyrus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fortepijonu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akordeonu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AF8F0" w14:textId="77777777" w:rsidR="005A5294" w:rsidRPr="00F35B4D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55.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dainavimo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:</w:t>
      </w:r>
    </w:p>
    <w:p w14:paraId="3DBCBE51" w14:textId="21369A20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5B4D">
        <w:rPr>
          <w:rFonts w:ascii="Times New Roman" w:hAnsi="Times New Roman" w:cs="Times New Roman"/>
          <w:color w:val="C00000"/>
          <w:sz w:val="24"/>
          <w:szCs w:val="24"/>
        </w:rPr>
        <w:t xml:space="preserve">            </w:t>
      </w:r>
      <w:r w:rsidRPr="00F35B4D">
        <w:rPr>
          <w:rFonts w:ascii="Times New Roman" w:hAnsi="Times New Roman" w:cs="Times New Roman"/>
          <w:sz w:val="24"/>
          <w:szCs w:val="24"/>
        </w:rPr>
        <w:t xml:space="preserve">55.1.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2–4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r w:rsidR="006A52CE">
        <w:rPr>
          <w:rFonts w:ascii="Times New Roman" w:hAnsi="Times New Roman" w:cs="Times New Roman"/>
          <w:sz w:val="24"/>
          <w:szCs w:val="24"/>
        </w:rPr>
        <w:t xml:space="preserve">0,5 - </w:t>
      </w:r>
      <w:r w:rsidRPr="00F35B4D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;</w:t>
      </w:r>
    </w:p>
    <w:p w14:paraId="0CDE0CEF" w14:textId="66DB0AE0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5B4D">
        <w:rPr>
          <w:rFonts w:ascii="Times New Roman" w:hAnsi="Times New Roman" w:cs="Times New Roman"/>
          <w:color w:val="C00000"/>
          <w:sz w:val="24"/>
          <w:szCs w:val="24"/>
        </w:rPr>
        <w:t xml:space="preserve">            </w:t>
      </w:r>
      <w:r w:rsidRPr="00F35B4D">
        <w:rPr>
          <w:rFonts w:ascii="Times New Roman" w:hAnsi="Times New Roman" w:cs="Times New Roman"/>
          <w:sz w:val="24"/>
          <w:szCs w:val="24"/>
        </w:rPr>
        <w:t xml:space="preserve">55.2.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pagrindinio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5–7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r w:rsidR="006A52CE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6A52CE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;</w:t>
      </w:r>
    </w:p>
    <w:p w14:paraId="2DC5AD29" w14:textId="77777777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56.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mokomiesiems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kolektyvams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:</w:t>
      </w:r>
    </w:p>
    <w:p w14:paraId="1390D617" w14:textId="12662A84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lastRenderedPageBreak/>
        <w:t xml:space="preserve">            56.1.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jaunučių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chorui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vokaliniam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ansambliui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styginių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ansambliui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grupei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r w:rsidR="006A52CE">
        <w:rPr>
          <w:rFonts w:ascii="Times New Roman" w:hAnsi="Times New Roman" w:cs="Times New Roman"/>
          <w:sz w:val="24"/>
          <w:szCs w:val="24"/>
        </w:rPr>
        <w:t>1-2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</w:t>
      </w:r>
      <w:r w:rsidR="006A52CE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3671DBD1" w14:textId="77777777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color w:val="C00000"/>
          <w:sz w:val="24"/>
          <w:szCs w:val="24"/>
        </w:rPr>
        <w:t xml:space="preserve">            </w:t>
      </w:r>
      <w:r w:rsidRPr="00F35B4D">
        <w:rPr>
          <w:rFonts w:ascii="Times New Roman" w:hAnsi="Times New Roman" w:cs="Times New Roman"/>
          <w:sz w:val="24"/>
          <w:szCs w:val="24"/>
        </w:rPr>
        <w:t xml:space="preserve">57.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atstovaujantiems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Mokyklai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tarptautiniuose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respublikiniuose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konkursuose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490AA1E3" w14:textId="77777777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           58.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Pagrindinio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formalųjį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švietimą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papildančio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pamokų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skaičius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Lentelstinklelis"/>
        <w:tblW w:w="9781" w:type="dxa"/>
        <w:tblInd w:w="-5" w:type="dxa"/>
        <w:tblLook w:val="04A0" w:firstRow="1" w:lastRow="0" w:firstColumn="1" w:lastColumn="0" w:noHBand="0" w:noVBand="1"/>
      </w:tblPr>
      <w:tblGrid>
        <w:gridCol w:w="4328"/>
        <w:gridCol w:w="1296"/>
        <w:gridCol w:w="2314"/>
        <w:gridCol w:w="1843"/>
      </w:tblGrid>
      <w:tr w:rsidR="006A52CE" w:rsidRPr="00F35B4D" w14:paraId="7DDFFE1B" w14:textId="77777777" w:rsidTr="006A52CE">
        <w:trPr>
          <w:gridAfter w:val="3"/>
          <w:wAfter w:w="5453" w:type="dxa"/>
          <w:trHeight w:val="397"/>
        </w:trPr>
        <w:tc>
          <w:tcPr>
            <w:tcW w:w="4328" w:type="dxa"/>
            <w:vMerge w:val="restart"/>
            <w:vAlign w:val="center"/>
          </w:tcPr>
          <w:p w14:paraId="37F16DD0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Mokomasis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  <w:proofErr w:type="spellEnd"/>
          </w:p>
        </w:tc>
      </w:tr>
      <w:tr w:rsidR="006A52CE" w:rsidRPr="00F35B4D" w14:paraId="7A3F8FE9" w14:textId="77777777" w:rsidTr="006A52CE">
        <w:trPr>
          <w:trHeight w:val="219"/>
        </w:trPr>
        <w:tc>
          <w:tcPr>
            <w:tcW w:w="4328" w:type="dxa"/>
            <w:vMerge/>
            <w:vAlign w:val="center"/>
          </w:tcPr>
          <w:p w14:paraId="15245636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E0C0799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2314" w:type="dxa"/>
            <w:vAlign w:val="center"/>
          </w:tcPr>
          <w:p w14:paraId="1E8C31FB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843" w:type="dxa"/>
            <w:vAlign w:val="center"/>
          </w:tcPr>
          <w:p w14:paraId="036622E9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</w:tr>
      <w:tr w:rsidR="006A52CE" w:rsidRPr="00F35B4D" w14:paraId="6B0B56E2" w14:textId="77777777" w:rsidTr="006A52CE">
        <w:tc>
          <w:tcPr>
            <w:tcW w:w="4328" w:type="dxa"/>
          </w:tcPr>
          <w:p w14:paraId="60A9B928" w14:textId="7479C5AB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  <w:vAlign w:val="center"/>
          </w:tcPr>
          <w:p w14:paraId="6A311370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77C39CB5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265FB09C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52CE" w:rsidRPr="00F35B4D" w14:paraId="57DA4EAA" w14:textId="77777777" w:rsidTr="006A52CE">
        <w:tc>
          <w:tcPr>
            <w:tcW w:w="4328" w:type="dxa"/>
          </w:tcPr>
          <w:p w14:paraId="2D111929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Solfedžio</w:t>
            </w:r>
            <w:proofErr w:type="spellEnd"/>
          </w:p>
        </w:tc>
        <w:tc>
          <w:tcPr>
            <w:tcW w:w="1296" w:type="dxa"/>
            <w:vAlign w:val="center"/>
          </w:tcPr>
          <w:p w14:paraId="03FEF385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66D0DC94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5AAFA7F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52CE" w:rsidRPr="00F35B4D" w14:paraId="5EFC0E0F" w14:textId="77777777" w:rsidTr="006A52CE">
        <w:tc>
          <w:tcPr>
            <w:tcW w:w="4328" w:type="dxa"/>
          </w:tcPr>
          <w:p w14:paraId="6D08A805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Muzikos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istorija</w:t>
            </w:r>
            <w:proofErr w:type="spellEnd"/>
          </w:p>
        </w:tc>
        <w:tc>
          <w:tcPr>
            <w:tcW w:w="1296" w:type="dxa"/>
            <w:vAlign w:val="center"/>
          </w:tcPr>
          <w:p w14:paraId="0022C6F9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5137FB5F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6BB35F33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52CE" w:rsidRPr="00F35B4D" w14:paraId="0A9F73AC" w14:textId="77777777" w:rsidTr="006A52CE">
        <w:tc>
          <w:tcPr>
            <w:tcW w:w="4328" w:type="dxa"/>
          </w:tcPr>
          <w:p w14:paraId="06B44732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Antrasis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muzikos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fortepijonas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  <w:vAlign w:val="center"/>
          </w:tcPr>
          <w:p w14:paraId="4D1BF24D" w14:textId="40CEA1F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442B4319" w14:textId="5A9757C0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AB9E8BA" w14:textId="26FAAE90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52CE" w:rsidRPr="00F35B4D" w14:paraId="52504DA1" w14:textId="77777777" w:rsidTr="006A52CE">
        <w:tc>
          <w:tcPr>
            <w:tcW w:w="4328" w:type="dxa"/>
          </w:tcPr>
          <w:p w14:paraId="595A5729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Styginių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ansamblis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CEA63E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(6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mokiniai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daugiau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  <w:vAlign w:val="center"/>
          </w:tcPr>
          <w:p w14:paraId="07CC9D60" w14:textId="0C5B1F3A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4FBE214C" w14:textId="39334E44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4C104E01" w14:textId="5AA80CF5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52CE" w:rsidRPr="00F35B4D" w14:paraId="3AAEB603" w14:textId="77777777" w:rsidTr="006A52CE">
        <w:trPr>
          <w:trHeight w:val="1202"/>
        </w:trPr>
        <w:tc>
          <w:tcPr>
            <w:tcW w:w="4328" w:type="dxa"/>
          </w:tcPr>
          <w:p w14:paraId="5F9F7584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Vokaliniai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duetai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tercetai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kvartetai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kvintetai</w:t>
            </w:r>
            <w:proofErr w:type="spellEnd"/>
          </w:p>
          <w:p w14:paraId="683D235F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Ansamblinis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(2–5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mokiniai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  <w:vAlign w:val="center"/>
          </w:tcPr>
          <w:p w14:paraId="0C82DA51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2314" w:type="dxa"/>
            <w:vAlign w:val="center"/>
          </w:tcPr>
          <w:p w14:paraId="12FE10FF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1843" w:type="dxa"/>
            <w:vAlign w:val="center"/>
          </w:tcPr>
          <w:p w14:paraId="37DEC9A0" w14:textId="77777777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</w:tr>
      <w:tr w:rsidR="006A52CE" w:rsidRPr="00F35B4D" w14:paraId="685918D0" w14:textId="77777777" w:rsidTr="006A52CE">
        <w:tc>
          <w:tcPr>
            <w:tcW w:w="4328" w:type="dxa"/>
            <w:vAlign w:val="center"/>
          </w:tcPr>
          <w:p w14:paraId="5B896023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Minimalus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96" w:type="dxa"/>
            <w:vAlign w:val="center"/>
          </w:tcPr>
          <w:p w14:paraId="403A10C2" w14:textId="787C8620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4" w:type="dxa"/>
            <w:vAlign w:val="center"/>
          </w:tcPr>
          <w:p w14:paraId="0EA1A77D" w14:textId="23E8BAE8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14:paraId="6AA3250C" w14:textId="238CE8EF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A52CE" w:rsidRPr="00F35B4D" w14:paraId="47725410" w14:textId="77777777" w:rsidTr="006A52CE">
        <w:tc>
          <w:tcPr>
            <w:tcW w:w="4328" w:type="dxa"/>
            <w:vAlign w:val="center"/>
          </w:tcPr>
          <w:p w14:paraId="3D19C33F" w14:textId="77777777" w:rsidR="006A52CE" w:rsidRPr="00F35B4D" w:rsidRDefault="006A52CE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Maksimalus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96" w:type="dxa"/>
            <w:vAlign w:val="center"/>
          </w:tcPr>
          <w:p w14:paraId="20642001" w14:textId="1381D97E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4" w:type="dxa"/>
            <w:vAlign w:val="center"/>
          </w:tcPr>
          <w:p w14:paraId="3C2C9138" w14:textId="5484F674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14:paraId="14CBD66E" w14:textId="3BD0DE53" w:rsidR="006A52CE" w:rsidRPr="00F35B4D" w:rsidRDefault="006A52CE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06529D68" w14:textId="77777777" w:rsidR="00FD3E4D" w:rsidRDefault="00FD3E4D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A151AB" w14:textId="5CECDFCD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59.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Pagrindinio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tęstinė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baigusiems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pradinio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74C6BDE6" w14:textId="414C84E1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60.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r w:rsidR="00FD3E4D">
        <w:rPr>
          <w:rFonts w:ascii="Times New Roman" w:hAnsi="Times New Roman" w:cs="Times New Roman"/>
          <w:sz w:val="24"/>
          <w:szCs w:val="24"/>
        </w:rPr>
        <w:t>3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077003EA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61. 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antrojo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individualios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6F52D616" w14:textId="02054622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62.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istorijos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ansamblinio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mokomųjų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kolektyvų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57EBFF07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63.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istorijos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dalykų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8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jungtinės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13A3A542" w14:textId="50670355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64.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formos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techniniai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kontrolinės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uždari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akademiniai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tėveliams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r w:rsidR="00FD3E4D">
        <w:rPr>
          <w:rFonts w:ascii="Times New Roman" w:hAnsi="Times New Roman" w:cs="Times New Roman"/>
          <w:sz w:val="24"/>
          <w:szCs w:val="24"/>
        </w:rPr>
        <w:t>7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klasėje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pusmečio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pabaigoje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vyksta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="00FD3E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3E4D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F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E4D">
        <w:rPr>
          <w:rFonts w:ascii="Times New Roman" w:hAnsi="Times New Roman" w:cs="Times New Roman"/>
          <w:sz w:val="24"/>
          <w:szCs w:val="24"/>
        </w:rPr>
        <w:t>istorijos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solfedžio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baigiamieji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egzaminai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0807962B" w14:textId="5C2B9396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35B4D">
        <w:rPr>
          <w:rFonts w:ascii="Times New Roman" w:hAnsi="Times New Roman" w:cs="Times New Roman"/>
          <w:color w:val="000000" w:themeColor="text1"/>
          <w:sz w:val="24"/>
          <w:szCs w:val="24"/>
        </w:rPr>
        <w:t>65.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Pagrindinio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(5–</w:t>
      </w:r>
      <w:r w:rsidR="00FD3E4D">
        <w:rPr>
          <w:rFonts w:ascii="Times New Roman" w:hAnsi="Times New Roman" w:cs="Times New Roman"/>
          <w:sz w:val="24"/>
          <w:szCs w:val="24"/>
        </w:rPr>
        <w:t>7</w:t>
      </w:r>
      <w:r w:rsidRPr="00F35B4D">
        <w:rPr>
          <w:rFonts w:ascii="Times New Roman" w:hAnsi="Times New Roman" w:cs="Times New Roman"/>
          <w:sz w:val="24"/>
          <w:szCs w:val="24"/>
        </w:rPr>
        <w:t xml:space="preserve"> kl.)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vertinami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balų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18A426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color w:val="C00000"/>
          <w:sz w:val="24"/>
          <w:szCs w:val="24"/>
          <w:lang w:eastAsia="zh-CN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66.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lankomumas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elektroniniame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dienyne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fiksuojami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40DDDF42" w14:textId="77777777" w:rsidR="0031204B" w:rsidRDefault="0031204B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B5489" w14:textId="77777777" w:rsidR="0031204B" w:rsidRDefault="0031204B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C3D45" w14:textId="77777777" w:rsidR="0031204B" w:rsidRDefault="0031204B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E05F2" w14:textId="12470E4C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67.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Neformaliojo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švietimo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kryptingo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(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išplėstinio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)</w:t>
      </w:r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pamokų</w:t>
      </w:r>
      <w:proofErr w:type="spellEnd"/>
      <w:r w:rsidRPr="00F35B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bCs/>
          <w:sz w:val="24"/>
          <w:szCs w:val="24"/>
        </w:rPr>
        <w:t>skaičius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6408"/>
        <w:gridCol w:w="2942"/>
      </w:tblGrid>
      <w:tr w:rsidR="005A5294" w:rsidRPr="00F35B4D" w14:paraId="487C4C46" w14:textId="77777777" w:rsidTr="00FD3E4D">
        <w:trPr>
          <w:trHeight w:val="511"/>
        </w:trPr>
        <w:tc>
          <w:tcPr>
            <w:tcW w:w="6408" w:type="dxa"/>
            <w:vAlign w:val="center"/>
          </w:tcPr>
          <w:p w14:paraId="2416DAF9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Mokomasis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2942" w:type="dxa"/>
            <w:vAlign w:val="center"/>
          </w:tcPr>
          <w:p w14:paraId="1BDB55EE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savaitę</w:t>
            </w:r>
            <w:proofErr w:type="spellEnd"/>
          </w:p>
        </w:tc>
      </w:tr>
      <w:tr w:rsidR="005A5294" w:rsidRPr="00F35B4D" w14:paraId="4BDEC7D9" w14:textId="77777777" w:rsidTr="00FD3E4D">
        <w:trPr>
          <w:trHeight w:val="264"/>
        </w:trPr>
        <w:tc>
          <w:tcPr>
            <w:tcW w:w="9350" w:type="dxa"/>
            <w:gridSpan w:val="2"/>
          </w:tcPr>
          <w:p w14:paraId="6386F7D6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Pasirenkamieji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F35B4D" w14:paraId="44D4FE8A" w14:textId="77777777" w:rsidTr="00FD3E4D">
        <w:tc>
          <w:tcPr>
            <w:tcW w:w="6408" w:type="dxa"/>
          </w:tcPr>
          <w:p w14:paraId="3CA5BA61" w14:textId="3257A099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instrumentu</w:t>
            </w:r>
            <w:proofErr w:type="spellEnd"/>
          </w:p>
        </w:tc>
        <w:tc>
          <w:tcPr>
            <w:tcW w:w="2942" w:type="dxa"/>
            <w:vAlign w:val="center"/>
          </w:tcPr>
          <w:p w14:paraId="3CEC0051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5294" w:rsidRPr="00F35B4D" w14:paraId="631BC683" w14:textId="77777777" w:rsidTr="00FD3E4D">
        <w:tc>
          <w:tcPr>
            <w:tcW w:w="6408" w:type="dxa"/>
          </w:tcPr>
          <w:p w14:paraId="1F4BBC7D" w14:textId="77777777" w:rsidR="005A5294" w:rsidRPr="00F35B4D" w:rsidRDefault="005A5294" w:rsidP="00D04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Meninė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praktika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mokomieji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meno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kolektyvai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ansamblinis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42" w:type="dxa"/>
            <w:vAlign w:val="center"/>
          </w:tcPr>
          <w:p w14:paraId="378ACE5E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</w:tr>
      <w:tr w:rsidR="005A5294" w:rsidRPr="00F35B4D" w14:paraId="1B02F2F7" w14:textId="77777777" w:rsidTr="00FD3E4D">
        <w:tc>
          <w:tcPr>
            <w:tcW w:w="6408" w:type="dxa"/>
            <w:vAlign w:val="center"/>
          </w:tcPr>
          <w:p w14:paraId="3B9B6BAD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Minimalus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942" w:type="dxa"/>
            <w:vAlign w:val="center"/>
          </w:tcPr>
          <w:p w14:paraId="547EAEC1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5294" w:rsidRPr="00F35B4D" w14:paraId="40692F09" w14:textId="77777777" w:rsidTr="00FD3E4D">
        <w:tc>
          <w:tcPr>
            <w:tcW w:w="6408" w:type="dxa"/>
            <w:vAlign w:val="center"/>
          </w:tcPr>
          <w:p w14:paraId="5B2FA0D5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Maksimalus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42" w:type="dxa"/>
            <w:vAlign w:val="center"/>
          </w:tcPr>
          <w:p w14:paraId="4D39E092" w14:textId="5DEF134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E3E38A0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40F091F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68.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Kryptingo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išplėstinio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siūloma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baigusiems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pagrindinio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pageidaujantiems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plėtoti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įgytus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meninės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saviraiškos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gebėjimus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pasirengti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stoti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specializuotas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aukštesnes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įstaigas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DDD08A" w14:textId="5A04BE2C" w:rsidR="005A5294" w:rsidRPr="003724EC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24EC">
        <w:rPr>
          <w:rFonts w:ascii="Times New Roman" w:hAnsi="Times New Roman" w:cs="Times New Roman"/>
          <w:sz w:val="24"/>
          <w:szCs w:val="24"/>
        </w:rPr>
        <w:t xml:space="preserve">69.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antrojo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instrumento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724EC">
        <w:rPr>
          <w:rFonts w:ascii="Times New Roman" w:hAnsi="Times New Roman" w:cs="Times New Roman"/>
          <w:sz w:val="24"/>
          <w:szCs w:val="24"/>
        </w:rPr>
        <w:t>individualios</w:t>
      </w:r>
      <w:proofErr w:type="spellEnd"/>
      <w:r w:rsidRPr="003724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615A6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70.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dalyvauti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konkursuose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festivaliuose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C96124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71.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laisvai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rinktis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mokomuosius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dalykus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kryptingo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išplėstinio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plano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A061C4" w14:textId="1F3D987C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72.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r w:rsidR="00FD3E4D">
        <w:rPr>
          <w:rFonts w:ascii="Times New Roman" w:hAnsi="Times New Roman" w:cs="Times New Roman"/>
          <w:sz w:val="24"/>
          <w:szCs w:val="24"/>
        </w:rPr>
        <w:t>1</w:t>
      </w:r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</w:t>
      </w:r>
      <w:r w:rsidR="00FD3E4D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D3852D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color w:val="C00000"/>
          <w:sz w:val="24"/>
          <w:szCs w:val="24"/>
          <w:lang w:eastAsia="zh-CN"/>
        </w:rPr>
      </w:pPr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73.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Mokinių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pasiekimai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ir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lankomumas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elektroniniame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dienyne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fiksuojami</w:t>
      </w:r>
      <w:proofErr w:type="spellEnd"/>
      <w:r w:rsidRPr="00F35B4D">
        <w:rPr>
          <w:rFonts w:ascii="Times New Roman" w:eastAsia="SimSun" w:hAnsi="Times New Roman" w:cs="Times New Roman"/>
          <w:color w:val="C00000"/>
          <w:sz w:val="24"/>
          <w:szCs w:val="24"/>
          <w:lang w:eastAsia="zh-CN"/>
        </w:rPr>
        <w:t>.</w:t>
      </w:r>
    </w:p>
    <w:p w14:paraId="4FA8FB9E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74.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vertinami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įskaita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.“ –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įskaityta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“,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neįsk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.“ –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neįskaityta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“).</w:t>
      </w:r>
    </w:p>
    <w:p w14:paraId="756F745E" w14:textId="417EA933" w:rsidR="005A5294" w:rsidRPr="003724EC" w:rsidRDefault="005A5294" w:rsidP="005A5294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75.</w:t>
      </w:r>
      <w:r w:rsidR="00FD3E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Neformaliojo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švietimo</w:t>
      </w:r>
      <w:proofErr w:type="spellEnd"/>
      <w:r w:rsidRPr="00F35B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mėgėjų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vaikų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suaugusiųjų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b/>
          <w:sz w:val="24"/>
          <w:szCs w:val="24"/>
        </w:rPr>
        <w:t>programa</w:t>
      </w:r>
      <w:proofErr w:type="spellEnd"/>
      <w:r w:rsidRPr="00F35B4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6325"/>
        <w:gridCol w:w="3025"/>
      </w:tblGrid>
      <w:tr w:rsidR="005A5294" w:rsidRPr="00F35B4D" w14:paraId="1621475F" w14:textId="77777777" w:rsidTr="00D04871">
        <w:trPr>
          <w:trHeight w:val="511"/>
        </w:trPr>
        <w:tc>
          <w:tcPr>
            <w:tcW w:w="6524" w:type="dxa"/>
            <w:vAlign w:val="center"/>
          </w:tcPr>
          <w:p w14:paraId="4FD04152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Mokomasis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3109" w:type="dxa"/>
            <w:vAlign w:val="center"/>
          </w:tcPr>
          <w:p w14:paraId="0366B458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Pamokų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skaičius</w:t>
            </w:r>
            <w:proofErr w:type="spellEnd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 </w:t>
            </w:r>
            <w:proofErr w:type="spellStart"/>
            <w:r w:rsidRPr="00F35B4D">
              <w:rPr>
                <w:rFonts w:ascii="Times New Roman" w:hAnsi="Times New Roman" w:cs="Times New Roman"/>
                <w:bCs/>
                <w:sz w:val="24"/>
                <w:szCs w:val="24"/>
              </w:rPr>
              <w:t>savaitę</w:t>
            </w:r>
            <w:proofErr w:type="spellEnd"/>
          </w:p>
        </w:tc>
      </w:tr>
      <w:tr w:rsidR="005A5294" w:rsidRPr="00F35B4D" w14:paraId="617C657D" w14:textId="77777777" w:rsidTr="00D04871">
        <w:tc>
          <w:tcPr>
            <w:tcW w:w="9633" w:type="dxa"/>
            <w:gridSpan w:val="2"/>
          </w:tcPr>
          <w:p w14:paraId="15BBD238" w14:textId="77777777" w:rsidR="005A5294" w:rsidRPr="00F35B4D" w:rsidRDefault="005A5294" w:rsidP="00D048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Pasirenkamieji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F35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F35B4D" w14:paraId="03B88ECB" w14:textId="77777777" w:rsidTr="00D04871">
        <w:tc>
          <w:tcPr>
            <w:tcW w:w="6524" w:type="dxa"/>
          </w:tcPr>
          <w:p w14:paraId="7C4E609F" w14:textId="77777777" w:rsidR="005A5294" w:rsidRPr="00F35B4D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Muzikavimas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instrumentu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(-ais),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solinis</w:t>
            </w:r>
            <w:proofErr w:type="spellEnd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dainavimas</w:t>
            </w:r>
            <w:proofErr w:type="spellEnd"/>
          </w:p>
        </w:tc>
        <w:tc>
          <w:tcPr>
            <w:tcW w:w="3109" w:type="dxa"/>
            <w:vAlign w:val="center"/>
          </w:tcPr>
          <w:p w14:paraId="65DDA966" w14:textId="77777777" w:rsidR="005A5294" w:rsidRPr="00F35B4D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A4AA1F7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345E9D" w14:textId="644FB1CA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77.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r w:rsidR="00FD3E4D">
        <w:rPr>
          <w:rFonts w:ascii="Times New Roman" w:hAnsi="Times New Roman" w:cs="Times New Roman"/>
          <w:sz w:val="24"/>
          <w:szCs w:val="24"/>
        </w:rPr>
        <w:t xml:space="preserve">5-6 </w:t>
      </w:r>
      <w:proofErr w:type="spellStart"/>
      <w:r w:rsidR="00FD3E4D">
        <w:rPr>
          <w:rFonts w:ascii="Times New Roman" w:hAnsi="Times New Roman" w:cs="Times New Roman"/>
          <w:sz w:val="24"/>
          <w:szCs w:val="24"/>
        </w:rPr>
        <w:t>metai</w:t>
      </w:r>
      <w:proofErr w:type="spellEnd"/>
      <w:r w:rsidR="00FD3E4D">
        <w:rPr>
          <w:rFonts w:ascii="Times New Roman" w:hAnsi="Times New Roman" w:cs="Times New Roman"/>
          <w:sz w:val="24"/>
          <w:szCs w:val="24"/>
        </w:rPr>
        <w:t xml:space="preserve"> </w:t>
      </w:r>
      <w:r w:rsidRPr="00F35B4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jaunimo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amžius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</w:t>
      </w:r>
      <w:r w:rsidR="00FD3E4D">
        <w:rPr>
          <w:rFonts w:ascii="Times New Roman" w:hAnsi="Times New Roman" w:cs="Times New Roman"/>
          <w:sz w:val="24"/>
          <w:szCs w:val="24"/>
        </w:rPr>
        <w:t>1</w:t>
      </w:r>
      <w:r w:rsidRPr="00F35B4D">
        <w:rPr>
          <w:rFonts w:ascii="Times New Roman" w:hAnsi="Times New Roman" w:cs="Times New Roman"/>
          <w:sz w:val="24"/>
          <w:szCs w:val="24"/>
        </w:rPr>
        <w:t xml:space="preserve">–19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specialiųjų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poreikių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)</w:t>
      </w:r>
      <w:r w:rsidR="00FD3E4D">
        <w:rPr>
          <w:rFonts w:ascii="Times New Roman" w:hAnsi="Times New Roman" w:cs="Times New Roman"/>
          <w:sz w:val="24"/>
          <w:szCs w:val="24"/>
        </w:rPr>
        <w:t>.</w:t>
      </w:r>
    </w:p>
    <w:p w14:paraId="001E9DBB" w14:textId="77777777" w:rsidR="005A5294" w:rsidRPr="00F35B4D" w:rsidRDefault="005A5294" w:rsidP="005A5294">
      <w:pPr>
        <w:tabs>
          <w:tab w:val="left" w:pos="709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78. Į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suaugusiųjų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kursą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priimami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jaunesni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18 m. (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neribota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).</w:t>
      </w:r>
    </w:p>
    <w:p w14:paraId="3195C99B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79.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Muzikavimo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solinio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dainavimo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individualios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63FB67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80.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Mokomosios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parengiamos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gebėjimus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48B07A34" w14:textId="60647B6E" w:rsidR="005A5294" w:rsidRPr="00F35B4D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t xml:space="preserve">            81.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Renginiai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dalyvavimas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festivaliuose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individualūs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atsiskaitymai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pamokas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atstovaujantiems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Mokyklai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tarptautiniuose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respublikiniuose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konkursuose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skiriama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koncertmeisterio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valanda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</w:t>
      </w:r>
    </w:p>
    <w:p w14:paraId="354D0A49" w14:textId="77777777" w:rsidR="005A5294" w:rsidRPr="00F35B4D" w:rsidRDefault="005A5294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color w:val="C00000"/>
          <w:sz w:val="24"/>
          <w:szCs w:val="24"/>
          <w:lang w:eastAsia="zh-CN"/>
        </w:rPr>
      </w:pPr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82.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Mokinių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(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mėgėjų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vaikų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)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pasiekimai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ir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lankomumas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elektroniniame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dienyne </w:t>
      </w:r>
      <w:proofErr w:type="spellStart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fiksuojami</w:t>
      </w:r>
      <w:proofErr w:type="spellEnd"/>
      <w:r w:rsidRPr="00F35B4D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679073D9" w14:textId="4AA5EFA7" w:rsidR="005A5294" w:rsidRPr="00F35B4D" w:rsidRDefault="005A5294" w:rsidP="005A529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B4D">
        <w:rPr>
          <w:rFonts w:ascii="Times New Roman" w:hAnsi="Times New Roman" w:cs="Times New Roman"/>
          <w:sz w:val="24"/>
          <w:szCs w:val="24"/>
        </w:rPr>
        <w:lastRenderedPageBreak/>
        <w:t xml:space="preserve">83.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pasiekimai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vertinami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įskaita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 xml:space="preserve"> (</w:t>
      </w:r>
      <w:r w:rsidR="000D421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.“ –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įskaityta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“,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neįsk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.“ – ,,</w:t>
      </w:r>
      <w:proofErr w:type="spellStart"/>
      <w:r w:rsidRPr="00F35B4D">
        <w:rPr>
          <w:rFonts w:ascii="Times New Roman" w:hAnsi="Times New Roman" w:cs="Times New Roman"/>
          <w:sz w:val="24"/>
          <w:szCs w:val="24"/>
        </w:rPr>
        <w:t>neįskaityta</w:t>
      </w:r>
      <w:proofErr w:type="spellEnd"/>
      <w:r w:rsidRPr="00F35B4D">
        <w:rPr>
          <w:rFonts w:ascii="Times New Roman" w:hAnsi="Times New Roman" w:cs="Times New Roman"/>
          <w:sz w:val="24"/>
          <w:szCs w:val="24"/>
        </w:rPr>
        <w:t>“).</w:t>
      </w:r>
    </w:p>
    <w:p w14:paraId="2BB94A2A" w14:textId="77777777" w:rsidR="005A5294" w:rsidRPr="00F35B4D" w:rsidRDefault="005A5294" w:rsidP="005A5294">
      <w:pPr>
        <w:ind w:firstLine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7E5EEA2C" w14:textId="77777777" w:rsidR="005A5294" w:rsidRPr="002B1F23" w:rsidRDefault="005A5294" w:rsidP="005A52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1F23">
        <w:rPr>
          <w:rFonts w:ascii="Times New Roman" w:hAnsi="Times New Roman" w:cs="Times New Roman"/>
          <w:b/>
          <w:bCs/>
          <w:sz w:val="24"/>
          <w:szCs w:val="24"/>
        </w:rPr>
        <w:t>VI SKYRIUS</w:t>
      </w:r>
    </w:p>
    <w:p w14:paraId="1A4A8DAD" w14:textId="77777777" w:rsidR="005A5294" w:rsidRPr="002B1F23" w:rsidRDefault="005A5294" w:rsidP="005A5294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DAILĖS SKYRIUS</w:t>
      </w:r>
    </w:p>
    <w:p w14:paraId="76DF08F2" w14:textId="77777777" w:rsidR="005A5294" w:rsidRPr="002B1F23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F23">
        <w:rPr>
          <w:rFonts w:ascii="Times New Roman" w:hAnsi="Times New Roman" w:cs="Times New Roman"/>
          <w:b/>
          <w:caps/>
          <w:sz w:val="24"/>
          <w:szCs w:val="24"/>
        </w:rPr>
        <w:t xml:space="preserve">96.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Pradinio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dailės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formalųjį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švietimą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papildančio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ugdymo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ir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pamokų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</w:rPr>
        <w:t>skaičius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Lentelstinklelis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18"/>
        <w:gridCol w:w="1619"/>
        <w:gridCol w:w="1701"/>
        <w:gridCol w:w="1701"/>
      </w:tblGrid>
      <w:tr w:rsidR="005A5294" w:rsidRPr="002B1F23" w14:paraId="0EAF31BA" w14:textId="77777777" w:rsidTr="00D04871">
        <w:trPr>
          <w:trHeight w:val="219"/>
        </w:trPr>
        <w:tc>
          <w:tcPr>
            <w:tcW w:w="4618" w:type="dxa"/>
            <w:vMerge w:val="restart"/>
            <w:vAlign w:val="center"/>
          </w:tcPr>
          <w:p w14:paraId="656713D6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Mokomasis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5021" w:type="dxa"/>
            <w:gridSpan w:val="3"/>
          </w:tcPr>
          <w:p w14:paraId="3E70F68C" w14:textId="77777777" w:rsidR="005A5294" w:rsidRPr="002B1F23" w:rsidRDefault="005A5294" w:rsidP="00D04871">
            <w:pPr>
              <w:ind w:right="-1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Mokymosi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metai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klasė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pamokų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skaičius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savaitę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5A5294" w:rsidRPr="002B1F23" w14:paraId="5A44D2CF" w14:textId="77777777" w:rsidTr="00D04871">
        <w:trPr>
          <w:trHeight w:val="219"/>
        </w:trPr>
        <w:tc>
          <w:tcPr>
            <w:tcW w:w="4618" w:type="dxa"/>
            <w:vMerge/>
            <w:vAlign w:val="center"/>
          </w:tcPr>
          <w:p w14:paraId="72137061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</w:tcPr>
          <w:p w14:paraId="6ECB21D6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701" w:type="dxa"/>
          </w:tcPr>
          <w:p w14:paraId="01DDFE77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701" w:type="dxa"/>
          </w:tcPr>
          <w:p w14:paraId="3C77C81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klasė</w:t>
            </w:r>
            <w:proofErr w:type="spellEnd"/>
          </w:p>
        </w:tc>
      </w:tr>
      <w:tr w:rsidR="005A5294" w:rsidRPr="002B1F23" w14:paraId="5A679396" w14:textId="77777777" w:rsidTr="00D04871">
        <w:tc>
          <w:tcPr>
            <w:tcW w:w="9639" w:type="dxa"/>
            <w:gridSpan w:val="4"/>
          </w:tcPr>
          <w:p w14:paraId="1D582A9D" w14:textId="77777777" w:rsidR="005A5294" w:rsidRPr="002B1F23" w:rsidRDefault="005A5294" w:rsidP="00D04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Privalomi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branduolio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2B1F23" w14:paraId="0DACED78" w14:textId="77777777" w:rsidTr="00D04871">
        <w:tc>
          <w:tcPr>
            <w:tcW w:w="4618" w:type="dxa"/>
          </w:tcPr>
          <w:p w14:paraId="5295D76E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Dailės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pažinimas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reflektavimas</w:t>
            </w:r>
            <w:proofErr w:type="spellEnd"/>
          </w:p>
        </w:tc>
        <w:tc>
          <w:tcPr>
            <w:tcW w:w="1619" w:type="dxa"/>
            <w:vAlign w:val="center"/>
          </w:tcPr>
          <w:p w14:paraId="59766D0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F42809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54CC84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2B1F23" w14:paraId="68D4CB75" w14:textId="77777777" w:rsidTr="00D04871">
        <w:tc>
          <w:tcPr>
            <w:tcW w:w="4618" w:type="dxa"/>
          </w:tcPr>
          <w:p w14:paraId="3E1ED09D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Spalvinė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raiška</w:t>
            </w:r>
            <w:proofErr w:type="spellEnd"/>
          </w:p>
        </w:tc>
        <w:tc>
          <w:tcPr>
            <w:tcW w:w="1619" w:type="dxa"/>
            <w:vAlign w:val="center"/>
          </w:tcPr>
          <w:p w14:paraId="3F35DD78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07E148C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4FE6EB11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2B1F23" w14:paraId="6A17C3A9" w14:textId="77777777" w:rsidTr="00D04871">
        <w:tc>
          <w:tcPr>
            <w:tcW w:w="4618" w:type="dxa"/>
          </w:tcPr>
          <w:p w14:paraId="468E3101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Erdvinė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raiška</w:t>
            </w:r>
            <w:proofErr w:type="spellEnd"/>
          </w:p>
        </w:tc>
        <w:tc>
          <w:tcPr>
            <w:tcW w:w="1619" w:type="dxa"/>
            <w:vAlign w:val="center"/>
          </w:tcPr>
          <w:p w14:paraId="57FAC39C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A2F261E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DD61CB3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294" w:rsidRPr="002B1F23" w14:paraId="548DABE0" w14:textId="77777777" w:rsidTr="00D04871">
        <w:tc>
          <w:tcPr>
            <w:tcW w:w="4618" w:type="dxa"/>
          </w:tcPr>
          <w:p w14:paraId="2CBA12EC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Grafinė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raiška</w:t>
            </w:r>
            <w:proofErr w:type="spellEnd"/>
          </w:p>
        </w:tc>
        <w:tc>
          <w:tcPr>
            <w:tcW w:w="1619" w:type="dxa"/>
            <w:vAlign w:val="center"/>
          </w:tcPr>
          <w:p w14:paraId="7974AA1E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BAF3E8F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CFF9896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2B1F23" w14:paraId="1E6A332E" w14:textId="77777777" w:rsidTr="00D04871">
        <w:tc>
          <w:tcPr>
            <w:tcW w:w="4618" w:type="dxa"/>
            <w:vAlign w:val="center"/>
          </w:tcPr>
          <w:p w14:paraId="5A07941A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viso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19" w:type="dxa"/>
          </w:tcPr>
          <w:p w14:paraId="6FC9A094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52246A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EFC4184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B3A3776" w14:textId="77777777" w:rsidR="005A5294" w:rsidRPr="002B1F23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336E9C35" w14:textId="5C9B8920" w:rsidR="005A5294" w:rsidRPr="002B1F23" w:rsidRDefault="005A5294" w:rsidP="005A5294">
      <w:pPr>
        <w:tabs>
          <w:tab w:val="left" w:pos="7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color w:val="C00000"/>
          <w:sz w:val="24"/>
          <w:szCs w:val="24"/>
        </w:rPr>
        <w:t xml:space="preserve">            </w:t>
      </w:r>
      <w:r w:rsidRPr="002B1F23">
        <w:rPr>
          <w:rFonts w:ascii="Times New Roman" w:hAnsi="Times New Roman" w:cs="Times New Roman"/>
          <w:sz w:val="24"/>
          <w:szCs w:val="24"/>
        </w:rPr>
        <w:t>97.</w:t>
      </w:r>
      <w:r w:rsidRPr="002B1F23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Pradinis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pradedamas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r w:rsidR="002B1F23">
        <w:rPr>
          <w:rFonts w:ascii="Times New Roman" w:hAnsi="Times New Roman" w:cs="Times New Roman"/>
          <w:sz w:val="24"/>
          <w:szCs w:val="24"/>
        </w:rPr>
        <w:t>7</w:t>
      </w:r>
      <w:r w:rsidRPr="002B1F23">
        <w:rPr>
          <w:rFonts w:ascii="Times New Roman" w:hAnsi="Times New Roman" w:cs="Times New Roman"/>
          <w:sz w:val="24"/>
          <w:szCs w:val="24"/>
        </w:rPr>
        <w:t xml:space="preserve">–12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>.</w:t>
      </w:r>
    </w:p>
    <w:p w14:paraId="356B7E49" w14:textId="77777777" w:rsidR="005A5294" w:rsidRPr="002B1F23" w:rsidRDefault="005A5294" w:rsidP="005A5294">
      <w:pPr>
        <w:tabs>
          <w:tab w:val="left" w:pos="7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98. 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Mokymosi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trukmė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3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metai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7D898F9" w14:textId="1AA32E3B" w:rsidR="005A5294" w:rsidRPr="002B1F23" w:rsidRDefault="005A5294" w:rsidP="005A5294">
      <w:pPr>
        <w:tabs>
          <w:tab w:val="left" w:pos="7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 99.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Dalykų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pamokos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grupinės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vidurkis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2B1F23">
        <w:rPr>
          <w:rFonts w:ascii="Times New Roman" w:hAnsi="Times New Roman" w:cs="Times New Roman"/>
          <w:sz w:val="24"/>
          <w:szCs w:val="24"/>
          <w:lang w:val="pl-PL"/>
        </w:rPr>
        <w:t>10</w:t>
      </w: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</w:t>
      </w:r>
      <w:r w:rsidR="002B1F23">
        <w:rPr>
          <w:rFonts w:ascii="Times New Roman" w:hAnsi="Times New Roman" w:cs="Times New Roman"/>
          <w:sz w:val="24"/>
          <w:szCs w:val="24"/>
          <w:lang w:val="pl-PL"/>
        </w:rPr>
        <w:t>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jungtinės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vidurkis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5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4B717C39" w14:textId="77777777" w:rsidR="005A5294" w:rsidRPr="002B1F23" w:rsidRDefault="005A5294" w:rsidP="005A5294">
      <w:pPr>
        <w:tabs>
          <w:tab w:val="left" w:pos="70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 100.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Atsiskaitymo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forma –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peržiūros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5BB7629C" w14:textId="5B03EBC3" w:rsidR="005A5294" w:rsidRPr="002B1F23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 101.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(1 kl.)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pasiekimai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yra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vertinami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įskaita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.“ –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įskaityta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“,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neįsk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.“ –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neįskaityta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“).</w:t>
      </w:r>
    </w:p>
    <w:p w14:paraId="254ED496" w14:textId="0634E603" w:rsidR="005A5294" w:rsidRPr="002B1F23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102.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Pradinio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r w:rsidR="002B1F23">
        <w:rPr>
          <w:rFonts w:ascii="Times New Roman" w:hAnsi="Times New Roman" w:cs="Times New Roman"/>
          <w:sz w:val="24"/>
          <w:szCs w:val="24"/>
          <w:lang w:val="pl-PL"/>
        </w:rPr>
        <w:t>2-</w:t>
      </w: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3 kl.)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pasiekimai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yra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vertinami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10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balų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sistema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C3E5722" w14:textId="77777777" w:rsidR="005A5294" w:rsidRPr="002B1F23" w:rsidRDefault="005A5294" w:rsidP="005A5294">
      <w:pPr>
        <w:spacing w:line="276" w:lineRule="auto"/>
        <w:ind w:firstLine="720"/>
        <w:jc w:val="both"/>
        <w:rPr>
          <w:rFonts w:ascii="Times New Roman" w:eastAsia="SimSun" w:hAnsi="Times New Roman" w:cs="Times New Roman"/>
          <w:color w:val="C00000"/>
          <w:sz w:val="24"/>
          <w:szCs w:val="24"/>
          <w:lang w:val="pl-PL" w:eastAsia="zh-CN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103.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Mokinių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pasiekimai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ir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lankomumas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elektroniniame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dienyne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fiksuojami</w:t>
      </w:r>
      <w:proofErr w:type="spellEnd"/>
      <w:r w:rsidRPr="002B1F23">
        <w:rPr>
          <w:rFonts w:ascii="Times New Roman" w:eastAsia="SimSun" w:hAnsi="Times New Roman" w:cs="Times New Roman"/>
          <w:color w:val="C00000"/>
          <w:sz w:val="24"/>
          <w:szCs w:val="24"/>
          <w:lang w:val="pl-PL" w:eastAsia="zh-CN"/>
        </w:rPr>
        <w:t>.</w:t>
      </w:r>
    </w:p>
    <w:p w14:paraId="5EA1889E" w14:textId="77777777" w:rsidR="005A5294" w:rsidRPr="002B1F23" w:rsidRDefault="005A5294" w:rsidP="005A5294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b/>
          <w:caps/>
          <w:sz w:val="24"/>
          <w:szCs w:val="24"/>
          <w:lang w:val="pl-PL"/>
        </w:rPr>
        <w:t xml:space="preserve">104.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Pagrindinio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formalųjį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švietimą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papildančio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programa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ir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pamokų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skaičius</w:t>
      </w:r>
      <w:proofErr w:type="spellEnd"/>
      <w:r w:rsidRPr="002B1F23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tbl>
      <w:tblPr>
        <w:tblW w:w="9639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4678"/>
        <w:gridCol w:w="1134"/>
        <w:gridCol w:w="1276"/>
        <w:gridCol w:w="1134"/>
        <w:gridCol w:w="1417"/>
      </w:tblGrid>
      <w:tr w:rsidR="005A5294" w:rsidRPr="002B1F23" w14:paraId="47D72930" w14:textId="77777777" w:rsidTr="00D04871">
        <w:trPr>
          <w:trHeight w:val="33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30A5C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Mokomasis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5A03" w14:textId="77777777" w:rsidR="005A5294" w:rsidRPr="002B1F23" w:rsidRDefault="005A5294" w:rsidP="00D04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metai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5294" w:rsidRPr="002B1F23" w14:paraId="6AB6E781" w14:textId="77777777" w:rsidTr="00D04871">
        <w:trPr>
          <w:trHeight w:val="277"/>
        </w:trPr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F945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95F2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428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FD53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FDF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</w:tc>
      </w:tr>
      <w:tr w:rsidR="005A5294" w:rsidRPr="002B1F23" w14:paraId="6DD79ABE" w14:textId="77777777" w:rsidTr="00D04871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41DE" w14:textId="77777777" w:rsidR="005A5294" w:rsidRPr="002B1F23" w:rsidRDefault="005A5294" w:rsidP="00D048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Privalomi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branduolio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2B1F23" w14:paraId="1E5FBB54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549A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Piešimas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48DF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844E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7064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6DD2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5294" w:rsidRPr="002B1F23" w14:paraId="48ACCBCC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352B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Kompozicija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A08B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B9E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CE39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2053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5294" w:rsidRPr="002B1F23" w14:paraId="7C366BBF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1B11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Tapyba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195F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FBD8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F5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D7CC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5294" w:rsidRPr="002B1F23" w14:paraId="5B3F0547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78E5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Skulptūra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C26F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DC9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4708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C923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A5294" w:rsidRPr="002B1F23" w14:paraId="19831912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4C29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Dailėtyra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92CA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3DAD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FE12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EBC8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A5294" w:rsidRPr="002B1F23" w14:paraId="70685B4B" w14:textId="77777777" w:rsidTr="00D0487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90F8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viso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pamokų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savaitę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543C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48FA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8E17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815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E8338E4" w14:textId="77777777" w:rsidR="005A5294" w:rsidRPr="002B1F23" w:rsidRDefault="005A5294" w:rsidP="005A5294">
      <w:pPr>
        <w:spacing w:line="276" w:lineRule="auto"/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3B2A6B5B" w14:textId="77777777" w:rsidR="005A5294" w:rsidRPr="002B1F23" w:rsidRDefault="005A5294" w:rsidP="005A5294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105.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Pagrindinio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tęstinė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baigusiems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pradinio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>.</w:t>
      </w:r>
    </w:p>
    <w:p w14:paraId="65654485" w14:textId="77777777" w:rsidR="005A5294" w:rsidRPr="002B1F23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106.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Mokymosi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trukmė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4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metai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9028093" w14:textId="77777777" w:rsidR="005A5294" w:rsidRPr="002B1F23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107.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Dalykų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pamokos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grupinės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vidurkis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8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jungtinės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grupės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vidurkis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– 5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00B7492" w14:textId="3668B1CB" w:rsidR="005A5294" w:rsidRPr="002B1F23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108. Per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mokslo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metus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klasėse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rengiamos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darbų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peržiūros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vasaros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pleneras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piešimo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tapybos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kompozicijos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skulptūros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), </w:t>
      </w:r>
    </w:p>
    <w:p w14:paraId="0283F7E9" w14:textId="77777777" w:rsidR="005A5294" w:rsidRPr="002B1F23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          109.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Pagrindinio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(4–7 kl.)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mokinių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pasiekimai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yra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vertinami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10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balų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sistema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išskyrus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Dailėtyros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dalyką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kuris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vertinamas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įskaita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 xml:space="preserve"> (,,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.“ –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įskaityta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“,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neįsk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.“ – ,,</w:t>
      </w:r>
      <w:proofErr w:type="spellStart"/>
      <w:r w:rsidRPr="002B1F23">
        <w:rPr>
          <w:rFonts w:ascii="Times New Roman" w:hAnsi="Times New Roman" w:cs="Times New Roman"/>
          <w:sz w:val="24"/>
          <w:szCs w:val="24"/>
          <w:lang w:val="pl-PL"/>
        </w:rPr>
        <w:t>neįskaityta</w:t>
      </w:r>
      <w:proofErr w:type="spellEnd"/>
      <w:r w:rsidRPr="002B1F23">
        <w:rPr>
          <w:rFonts w:ascii="Times New Roman" w:hAnsi="Times New Roman" w:cs="Times New Roman"/>
          <w:sz w:val="24"/>
          <w:szCs w:val="24"/>
          <w:lang w:val="pl-PL"/>
        </w:rPr>
        <w:t>“).</w:t>
      </w:r>
    </w:p>
    <w:p w14:paraId="1BCA444B" w14:textId="77777777" w:rsidR="005A5294" w:rsidRPr="002B1F23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val="pl-PL" w:eastAsia="zh-CN"/>
        </w:rPr>
      </w:pPr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          110.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Mokinių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pasiekimai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ir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lankomumas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elektroniniame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dienyne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 xml:space="preserve"> </w:t>
      </w:r>
      <w:proofErr w:type="spellStart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fiksuojami</w:t>
      </w:r>
      <w:proofErr w:type="spellEnd"/>
      <w:r w:rsidRPr="002B1F23">
        <w:rPr>
          <w:rFonts w:ascii="Times New Roman" w:eastAsia="SimSun" w:hAnsi="Times New Roman" w:cs="Times New Roman"/>
          <w:sz w:val="24"/>
          <w:szCs w:val="24"/>
          <w:lang w:val="pl-PL" w:eastAsia="zh-CN"/>
        </w:rPr>
        <w:t>.</w:t>
      </w:r>
    </w:p>
    <w:p w14:paraId="785B11C4" w14:textId="77777777" w:rsidR="002B1F23" w:rsidRDefault="002B1F23" w:rsidP="005A529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</w:pPr>
    </w:p>
    <w:p w14:paraId="78ACC0F6" w14:textId="2A32E381" w:rsidR="005A5294" w:rsidRPr="002B1F23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pl-PL"/>
        </w:rPr>
      </w:pPr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          115. </w:t>
      </w:r>
      <w:proofErr w:type="spellStart"/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Neformaliojo</w:t>
      </w:r>
      <w:proofErr w:type="spellEnd"/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švietimo</w:t>
      </w:r>
      <w:proofErr w:type="spellEnd"/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>mėgėjų</w:t>
      </w:r>
      <w:proofErr w:type="spellEnd"/>
      <w:r w:rsidR="002B1F2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(</w:t>
      </w:r>
      <w:proofErr w:type="spellStart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>suaugusiųjų</w:t>
      </w:r>
      <w:proofErr w:type="spellEnd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 xml:space="preserve">) </w:t>
      </w:r>
      <w:proofErr w:type="spellStart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>dailės</w:t>
      </w:r>
      <w:proofErr w:type="spellEnd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>ugdymo</w:t>
      </w:r>
      <w:proofErr w:type="spellEnd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>programa</w:t>
      </w:r>
      <w:proofErr w:type="spellEnd"/>
      <w:r w:rsidRPr="002B1F23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</w:p>
    <w:tbl>
      <w:tblPr>
        <w:tblStyle w:val="Lentelstinklelis"/>
        <w:tblW w:w="9639" w:type="dxa"/>
        <w:tblInd w:w="-5" w:type="dxa"/>
        <w:tblLook w:val="04A0" w:firstRow="1" w:lastRow="0" w:firstColumn="1" w:lastColumn="0" w:noHBand="0" w:noVBand="1"/>
      </w:tblPr>
      <w:tblGrid>
        <w:gridCol w:w="6522"/>
        <w:gridCol w:w="3117"/>
      </w:tblGrid>
      <w:tr w:rsidR="005A5294" w:rsidRPr="002B1F23" w14:paraId="054C9C4A" w14:textId="77777777" w:rsidTr="00D04871">
        <w:trPr>
          <w:trHeight w:val="511"/>
        </w:trPr>
        <w:tc>
          <w:tcPr>
            <w:tcW w:w="6522" w:type="dxa"/>
            <w:vAlign w:val="center"/>
          </w:tcPr>
          <w:p w14:paraId="1673879E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Mokomasis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dalykas</w:t>
            </w:r>
            <w:proofErr w:type="spellEnd"/>
          </w:p>
        </w:tc>
        <w:tc>
          <w:tcPr>
            <w:tcW w:w="3117" w:type="dxa"/>
            <w:vAlign w:val="center"/>
          </w:tcPr>
          <w:p w14:paraId="692681C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Pamokų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skaičius</w:t>
            </w:r>
            <w:proofErr w:type="spellEnd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 </w:t>
            </w:r>
            <w:proofErr w:type="spellStart"/>
            <w:r w:rsidRPr="002B1F23">
              <w:rPr>
                <w:rFonts w:ascii="Times New Roman" w:hAnsi="Times New Roman" w:cs="Times New Roman"/>
                <w:bCs/>
                <w:sz w:val="24"/>
                <w:szCs w:val="24"/>
              </w:rPr>
              <w:t>savaitę</w:t>
            </w:r>
            <w:proofErr w:type="spellEnd"/>
          </w:p>
        </w:tc>
      </w:tr>
      <w:tr w:rsidR="005A5294" w:rsidRPr="002B1F23" w14:paraId="14DFD230" w14:textId="77777777" w:rsidTr="00D04871">
        <w:tc>
          <w:tcPr>
            <w:tcW w:w="9639" w:type="dxa"/>
            <w:gridSpan w:val="2"/>
          </w:tcPr>
          <w:p w14:paraId="671467D2" w14:textId="77777777" w:rsidR="005A5294" w:rsidRPr="002B1F23" w:rsidRDefault="005A5294" w:rsidP="00D0487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Pasirenkamieji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dalykai</w:t>
            </w:r>
            <w:proofErr w:type="spellEnd"/>
            <w:r w:rsidRPr="002B1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5294" w:rsidRPr="002B1F23" w14:paraId="1744BE3A" w14:textId="77777777" w:rsidTr="00D04871">
        <w:tc>
          <w:tcPr>
            <w:tcW w:w="6522" w:type="dxa"/>
          </w:tcPr>
          <w:p w14:paraId="698F2851" w14:textId="77777777" w:rsidR="005A5294" w:rsidRPr="002B1F23" w:rsidRDefault="005A5294" w:rsidP="00D048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Piešimas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tapyba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kompozicija</w:t>
            </w:r>
            <w:proofErr w:type="spellEnd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grafika, </w:t>
            </w:r>
            <w:proofErr w:type="spellStart"/>
            <w:r w:rsidRPr="002B1F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keramika</w:t>
            </w:r>
            <w:proofErr w:type="spellEnd"/>
          </w:p>
        </w:tc>
        <w:tc>
          <w:tcPr>
            <w:tcW w:w="3117" w:type="dxa"/>
            <w:vAlign w:val="center"/>
          </w:tcPr>
          <w:p w14:paraId="340AA410" w14:textId="77777777" w:rsidR="005A5294" w:rsidRPr="002B1F23" w:rsidRDefault="005A5294" w:rsidP="00D048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F7E06C0" w14:textId="445A17ED" w:rsidR="005A5294" w:rsidRPr="002B1F23" w:rsidRDefault="005A5294" w:rsidP="002B1F23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B1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</w:t>
      </w:r>
    </w:p>
    <w:p w14:paraId="63430249" w14:textId="77777777" w:rsidR="005A5294" w:rsidRPr="002B1F23" w:rsidRDefault="005A5294" w:rsidP="005A5294">
      <w:p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118. Į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suaugusiųjų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dailės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kursą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priimami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jaunesni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18 m. (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neribota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>).</w:t>
      </w:r>
    </w:p>
    <w:p w14:paraId="1CBBA6AE" w14:textId="69EC3FF7" w:rsidR="005A5294" w:rsidRPr="002B1F23" w:rsidRDefault="005A5294" w:rsidP="005A52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119.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– </w:t>
      </w:r>
      <w:r w:rsidR="002B1F23">
        <w:rPr>
          <w:rFonts w:ascii="Times New Roman" w:hAnsi="Times New Roman" w:cs="Times New Roman"/>
          <w:sz w:val="24"/>
          <w:szCs w:val="24"/>
        </w:rPr>
        <w:t>10</w:t>
      </w:r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mokini</w:t>
      </w:r>
      <w:r w:rsidR="002B1F23">
        <w:rPr>
          <w:rFonts w:ascii="Times New Roman" w:hAnsi="Times New Roman" w:cs="Times New Roman"/>
          <w:sz w:val="24"/>
          <w:szCs w:val="24"/>
        </w:rPr>
        <w:t>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>.</w:t>
      </w:r>
    </w:p>
    <w:p w14:paraId="65F613DC" w14:textId="77777777" w:rsidR="005A5294" w:rsidRPr="002B1F23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120.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Mokomosios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teminiai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planai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parengiami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gebėjimus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64D709" w14:textId="77777777" w:rsidR="005A5294" w:rsidRPr="002B1F23" w:rsidRDefault="005A5294" w:rsidP="005A5294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23">
        <w:rPr>
          <w:rFonts w:ascii="Times New Roman" w:hAnsi="Times New Roman" w:cs="Times New Roman"/>
          <w:sz w:val="24"/>
          <w:szCs w:val="24"/>
        </w:rPr>
        <w:t xml:space="preserve">           121.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Renginiai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dalyvavimas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konkursuose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parodose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projektuose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F23">
        <w:rPr>
          <w:rFonts w:ascii="Times New Roman" w:hAnsi="Times New Roman" w:cs="Times New Roman"/>
          <w:sz w:val="24"/>
          <w:szCs w:val="24"/>
        </w:rPr>
        <w:t>peržiūrose</w:t>
      </w:r>
      <w:proofErr w:type="spellEnd"/>
      <w:r w:rsidRPr="002B1F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A51EA6" w14:textId="77777777" w:rsidR="009F4C08" w:rsidRDefault="004E42A7" w:rsidP="009F4C0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2FD8977" w14:textId="7FE155C2" w:rsidR="009F4C08" w:rsidRPr="004E0A09" w:rsidRDefault="003724EC" w:rsidP="003724EC">
      <w:pPr>
        <w:ind w:firstLine="72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122.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Neformaliojo</w:t>
      </w:r>
      <w:proofErr w:type="spellEnd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švietimo</w:t>
      </w:r>
      <w:proofErr w:type="spellEnd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mėgėjų</w:t>
      </w:r>
      <w:proofErr w:type="spellEnd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šokio</w:t>
      </w:r>
      <w:proofErr w:type="spellEnd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ugdymo</w:t>
      </w:r>
      <w:proofErr w:type="spellEnd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b/>
          <w:bCs/>
          <w:color w:val="auto"/>
          <w:sz w:val="24"/>
          <w:szCs w:val="24"/>
        </w:rPr>
        <w:t>programos</w:t>
      </w:r>
      <w:proofErr w:type="spellEnd"/>
    </w:p>
    <w:p w14:paraId="538F4D7B" w14:textId="2E03D579" w:rsidR="009F4C08" w:rsidRPr="004E0A09" w:rsidRDefault="003724EC" w:rsidP="003724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123.</w:t>
      </w:r>
      <w:r w:rsidR="009F4C08" w:rsidRPr="004E0A0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Mėgėjų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skirta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1–4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norintiems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pažinti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meną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ugdyti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judėjimo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muzikalumo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kūrybinės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raiškos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4E0A09">
        <w:rPr>
          <w:rFonts w:ascii="Times New Roman" w:hAnsi="Times New Roman" w:cs="Times New Roman"/>
          <w:sz w:val="24"/>
          <w:szCs w:val="24"/>
        </w:rPr>
        <w:t>gebėjimus</w:t>
      </w:r>
      <w:proofErr w:type="spellEnd"/>
      <w:r w:rsidR="009F4C08" w:rsidRPr="004E0A09">
        <w:rPr>
          <w:rFonts w:ascii="Times New Roman" w:hAnsi="Times New Roman" w:cs="Times New Roman"/>
          <w:sz w:val="24"/>
          <w:szCs w:val="24"/>
        </w:rPr>
        <w:t>.</w:t>
      </w:r>
    </w:p>
    <w:p w14:paraId="32D23D54" w14:textId="1B1D3A95" w:rsidR="004E0A09" w:rsidRPr="004E0A09" w:rsidRDefault="003724EC" w:rsidP="003724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124. </w:t>
      </w:r>
      <w:r w:rsidR="004E0A09" w:rsidRPr="004E0A09">
        <w:rPr>
          <w:rFonts w:ascii="Times New Roman" w:hAnsi="Times New Roman" w:cs="Times New Roman"/>
          <w:sz w:val="24"/>
          <w:szCs w:val="24"/>
        </w:rPr>
        <w:t xml:space="preserve">Į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priimami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mokiniai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nepriklausomai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ankstesnės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patirties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organizuojamas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grupėmis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užtikrinant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saugią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amžių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fizines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galimybes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individualius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atitinkančią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veiklą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>.</w:t>
      </w:r>
    </w:p>
    <w:p w14:paraId="46878473" w14:textId="1E43FC22" w:rsidR="004E0A09" w:rsidRPr="004E0A09" w:rsidRDefault="003724EC" w:rsidP="003724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125.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Programoje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mokoma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ritmikos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muzikinio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judesio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klasikinio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pradmenų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lietuvių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liaudies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šiuolaikinio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pradmenų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kūrybinio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improvizacijos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ansamblio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sceninės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praktikos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Repertuaras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užduočių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sudėtingumas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diferencijuojami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amžių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09" w:rsidRPr="004E0A09">
        <w:rPr>
          <w:rFonts w:ascii="Times New Roman" w:hAnsi="Times New Roman" w:cs="Times New Roman"/>
          <w:sz w:val="24"/>
          <w:szCs w:val="24"/>
        </w:rPr>
        <w:t>pasirengimą</w:t>
      </w:r>
      <w:proofErr w:type="spellEnd"/>
      <w:r w:rsidR="004E0A09" w:rsidRPr="004E0A09">
        <w:rPr>
          <w:rFonts w:ascii="Times New Roman" w:hAnsi="Times New Roman" w:cs="Times New Roman"/>
          <w:sz w:val="24"/>
          <w:szCs w:val="24"/>
        </w:rPr>
        <w:t>.</w:t>
      </w:r>
    </w:p>
    <w:p w14:paraId="3B9C4AD1" w14:textId="36B363F5" w:rsidR="009F4C08" w:rsidRDefault="003724EC" w:rsidP="003724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126. </w:t>
      </w:r>
      <w:r w:rsidR="009F4C08" w:rsidRPr="009F4C0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Programą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sudaro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>
        <w:rPr>
          <w:rFonts w:ascii="Times New Roman" w:hAnsi="Times New Roman" w:cs="Times New Roman"/>
          <w:sz w:val="24"/>
          <w:szCs w:val="24"/>
        </w:rPr>
        <w:t>trys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tarpusavyje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dalykai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Jiems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skiriamos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sudaro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bendrą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akademinių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valandų</w:t>
      </w:r>
      <w:proofErr w:type="spellEnd"/>
      <w:r w:rsidR="009F4C08" w:rsidRPr="009F4C08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9F4C08" w:rsidRPr="009F4C08">
        <w:rPr>
          <w:rFonts w:ascii="Times New Roman" w:hAnsi="Times New Roman" w:cs="Times New Roman"/>
          <w:sz w:val="24"/>
          <w:szCs w:val="24"/>
        </w:rPr>
        <w:t>savaitę</w:t>
      </w:r>
      <w:proofErr w:type="spellEnd"/>
    </w:p>
    <w:p w14:paraId="5EE3EEB9" w14:textId="522AA00A" w:rsidR="009F4C08" w:rsidRDefault="003724EC" w:rsidP="003724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127. </w:t>
      </w:r>
      <w:proofErr w:type="spellStart"/>
      <w:r w:rsidR="009F4C08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C08">
        <w:rPr>
          <w:rFonts w:ascii="Times New Roman" w:hAnsi="Times New Roman" w:cs="Times New Roman"/>
          <w:sz w:val="24"/>
          <w:szCs w:val="24"/>
        </w:rPr>
        <w:t>vidurkis</w:t>
      </w:r>
      <w:proofErr w:type="spellEnd"/>
      <w:r w:rsidR="009F4C08">
        <w:rPr>
          <w:rFonts w:ascii="Times New Roman" w:hAnsi="Times New Roman" w:cs="Times New Roman"/>
          <w:sz w:val="24"/>
          <w:szCs w:val="24"/>
        </w:rPr>
        <w:t xml:space="preserve"> – 10 </w:t>
      </w:r>
      <w:proofErr w:type="spellStart"/>
      <w:r w:rsidR="009F4C08">
        <w:rPr>
          <w:rFonts w:ascii="Times New Roman" w:hAnsi="Times New Roman" w:cs="Times New Roman"/>
          <w:sz w:val="24"/>
          <w:szCs w:val="24"/>
        </w:rPr>
        <w:t>mokinių</w:t>
      </w:r>
      <w:proofErr w:type="spellEnd"/>
    </w:p>
    <w:p w14:paraId="484A743A" w14:textId="0B07EC83" w:rsidR="003724EC" w:rsidRDefault="003724EC" w:rsidP="003724EC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128</w:t>
      </w:r>
      <w:r w:rsidRPr="003724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Neformaliojo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švietimo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mėgėjų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šokio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ugdymo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programos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valandų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skaičius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4A0917CF" w14:textId="77777777" w:rsidR="003724EC" w:rsidRPr="003724EC" w:rsidRDefault="003724EC" w:rsidP="003724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B3B0126" w14:textId="77777777" w:rsidR="009F4C08" w:rsidRPr="009F4C08" w:rsidRDefault="009F4C08" w:rsidP="009F4C0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Lentelstinklelis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9F4C08" w14:paraId="552F9462" w14:textId="77777777" w:rsidTr="009F4C08">
        <w:tc>
          <w:tcPr>
            <w:tcW w:w="4672" w:type="dxa"/>
          </w:tcPr>
          <w:p w14:paraId="5C50E3C5" w14:textId="33CC5CA4" w:rsidR="009F4C08" w:rsidRPr="009F4C08" w:rsidRDefault="009F4C08">
            <w:pPr>
              <w:spacing w:after="2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Dalykas</w:t>
            </w:r>
            <w:proofErr w:type="spellEnd"/>
          </w:p>
        </w:tc>
        <w:tc>
          <w:tcPr>
            <w:tcW w:w="4673" w:type="dxa"/>
          </w:tcPr>
          <w:p w14:paraId="263EE04C" w14:textId="4571029A" w:rsidR="009F4C08" w:rsidRPr="009F4C08" w:rsidRDefault="009F4C08">
            <w:pPr>
              <w:spacing w:after="2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Valandų</w:t>
            </w:r>
            <w:proofErr w:type="spellEnd"/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skaičius</w:t>
            </w:r>
            <w:proofErr w:type="spellEnd"/>
          </w:p>
        </w:tc>
      </w:tr>
      <w:tr w:rsidR="009F4C08" w14:paraId="4DD43E50" w14:textId="77777777" w:rsidTr="009F4C08">
        <w:tc>
          <w:tcPr>
            <w:tcW w:w="4672" w:type="dxa"/>
          </w:tcPr>
          <w:p w14:paraId="1D5C461A" w14:textId="5FEB0655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Klasikinis</w:t>
            </w:r>
            <w:proofErr w:type="spellEnd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šokis</w:t>
            </w:r>
            <w:proofErr w:type="spellEnd"/>
          </w:p>
        </w:tc>
        <w:tc>
          <w:tcPr>
            <w:tcW w:w="4673" w:type="dxa"/>
          </w:tcPr>
          <w:p w14:paraId="77FA0665" w14:textId="0F0428E9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9F4C08" w14:paraId="5F9D6FAD" w14:textId="77777777" w:rsidTr="009F4C08">
        <w:tc>
          <w:tcPr>
            <w:tcW w:w="4672" w:type="dxa"/>
          </w:tcPr>
          <w:p w14:paraId="62675302" w14:textId="4E93FBDF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Sceninis</w:t>
            </w:r>
            <w:proofErr w:type="spellEnd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šokis</w:t>
            </w:r>
            <w:proofErr w:type="spellEnd"/>
          </w:p>
        </w:tc>
        <w:tc>
          <w:tcPr>
            <w:tcW w:w="4673" w:type="dxa"/>
          </w:tcPr>
          <w:p w14:paraId="30E86CA9" w14:textId="40C01035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9F4C08" w14:paraId="568E1B35" w14:textId="77777777" w:rsidTr="009F4C08">
        <w:tc>
          <w:tcPr>
            <w:tcW w:w="4672" w:type="dxa"/>
          </w:tcPr>
          <w:p w14:paraId="35D22959" w14:textId="17B828DB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Sceninio</w:t>
            </w:r>
            <w:proofErr w:type="spellEnd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šokio</w:t>
            </w:r>
            <w:proofErr w:type="spellEnd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F68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ansamblis</w:t>
            </w:r>
            <w:proofErr w:type="spellEnd"/>
          </w:p>
        </w:tc>
        <w:tc>
          <w:tcPr>
            <w:tcW w:w="4673" w:type="dxa"/>
          </w:tcPr>
          <w:p w14:paraId="5A890B94" w14:textId="39A3D795" w:rsidR="009F4C08" w:rsidRDefault="009F4C08">
            <w:pPr>
              <w:spacing w:after="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9F4C08" w14:paraId="3CD79C64" w14:textId="77777777" w:rsidTr="009F4C08">
        <w:tc>
          <w:tcPr>
            <w:tcW w:w="4672" w:type="dxa"/>
          </w:tcPr>
          <w:p w14:paraId="24B6B66B" w14:textId="7DE3C747" w:rsidR="009F4C08" w:rsidRPr="009F4C08" w:rsidRDefault="009F4C08">
            <w:pPr>
              <w:spacing w:after="2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Viso</w:t>
            </w:r>
            <w:proofErr w:type="spellEnd"/>
          </w:p>
        </w:tc>
        <w:tc>
          <w:tcPr>
            <w:tcW w:w="4673" w:type="dxa"/>
          </w:tcPr>
          <w:p w14:paraId="1080EB82" w14:textId="2660F3CB" w:rsidR="009F4C08" w:rsidRPr="009F4C08" w:rsidRDefault="009F4C08">
            <w:pPr>
              <w:spacing w:after="2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F4C0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8</w:t>
            </w:r>
          </w:p>
        </w:tc>
      </w:tr>
    </w:tbl>
    <w:p w14:paraId="0250959A" w14:textId="648E3E5C" w:rsidR="009F4C08" w:rsidRPr="003724EC" w:rsidRDefault="009F4C08" w:rsidP="003724E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724EC">
        <w:rPr>
          <w:rFonts w:ascii="Times New Roman" w:hAnsi="Times New Roman" w:cs="Times New Roman"/>
          <w:color w:val="auto"/>
          <w:sz w:val="24"/>
          <w:szCs w:val="24"/>
        </w:rPr>
        <w:tab/>
        <w:t xml:space="preserve">129.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Mokytojas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integruoti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kelių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dalykų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turinį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viename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užsiėmime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metiniame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plane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išlaikytas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nurodytas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kiekvieno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dalyko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valandų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skaičius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pasirodymai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repeticijos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refleksija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priskiriami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šokio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ansamblio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sceninės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praktikos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08">
        <w:rPr>
          <w:rFonts w:ascii="Times New Roman" w:hAnsi="Times New Roman" w:cs="Times New Roman"/>
          <w:sz w:val="24"/>
          <w:szCs w:val="24"/>
        </w:rPr>
        <w:t>dalykui</w:t>
      </w:r>
      <w:proofErr w:type="spellEnd"/>
      <w:r w:rsidRPr="009F4C08">
        <w:rPr>
          <w:rFonts w:ascii="Times New Roman" w:hAnsi="Times New Roman" w:cs="Times New Roman"/>
          <w:sz w:val="24"/>
          <w:szCs w:val="24"/>
        </w:rPr>
        <w:t>.</w:t>
      </w:r>
    </w:p>
    <w:p w14:paraId="5E017B8D" w14:textId="6887ED70" w:rsidR="00FA16FD" w:rsidRPr="008F681E" w:rsidRDefault="00FA16FD" w:rsidP="003724EC">
      <w:pPr>
        <w:spacing w:after="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B59E535" w14:textId="77777777" w:rsidR="00FA16FD" w:rsidRPr="003724EC" w:rsidRDefault="004E42A7">
      <w:pPr>
        <w:spacing w:after="320"/>
        <w:rPr>
          <w:rFonts w:ascii="Times New Roman" w:hAnsi="Times New Roman" w:cs="Times New Roman"/>
          <w:color w:val="auto"/>
          <w:sz w:val="24"/>
          <w:szCs w:val="24"/>
        </w:rPr>
      </w:pPr>
      <w:r w:rsidRPr="003724EC">
        <w:rPr>
          <w:rFonts w:ascii="Times New Roman" w:hAnsi="Times New Roman" w:cs="Times New Roman"/>
          <w:b/>
          <w:color w:val="auto"/>
          <w:sz w:val="24"/>
          <w:szCs w:val="24"/>
        </w:rPr>
        <w:t>SUDERINTA</w:t>
      </w:r>
    </w:p>
    <w:p w14:paraId="02BB0863" w14:textId="3583888C" w:rsidR="00FA16FD" w:rsidRPr="000D4215" w:rsidRDefault="004E42A7">
      <w:pPr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Pakruojo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Juozo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Pakalnio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menų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mokyklos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tarybos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br/>
        <w:t xml:space="preserve">2026 m. </w:t>
      </w:r>
      <w:proofErr w:type="spellStart"/>
      <w:r w:rsidR="000D4215">
        <w:rPr>
          <w:rFonts w:ascii="Times New Roman" w:hAnsi="Times New Roman" w:cs="Times New Roman"/>
          <w:color w:val="auto"/>
          <w:sz w:val="24"/>
          <w:szCs w:val="24"/>
        </w:rPr>
        <w:t>rugsėjo</w:t>
      </w:r>
      <w:proofErr w:type="spellEnd"/>
      <w:r w:rsidR="000D4215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d.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posėdžio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protokoliniu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nutarimu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br/>
        <w:t>(</w:t>
      </w:r>
      <w:proofErr w:type="spellStart"/>
      <w:r w:rsidRPr="003724EC">
        <w:rPr>
          <w:rFonts w:ascii="Times New Roman" w:hAnsi="Times New Roman" w:cs="Times New Roman"/>
          <w:color w:val="auto"/>
          <w:sz w:val="24"/>
          <w:szCs w:val="24"/>
        </w:rPr>
        <w:t>protokolas</w:t>
      </w:r>
      <w:proofErr w:type="spellEnd"/>
      <w:r w:rsidRPr="003724EC">
        <w:rPr>
          <w:rFonts w:ascii="Times New Roman" w:hAnsi="Times New Roman" w:cs="Times New Roman"/>
          <w:color w:val="auto"/>
          <w:sz w:val="24"/>
          <w:szCs w:val="24"/>
        </w:rPr>
        <w:t xml:space="preserve"> Nr. </w:t>
      </w:r>
      <w:r w:rsidR="00C867A2">
        <w:rPr>
          <w:rFonts w:ascii="Times New Roman" w:hAnsi="Times New Roman" w:cs="Times New Roman"/>
          <w:color w:val="auto"/>
          <w:sz w:val="24"/>
          <w:szCs w:val="24"/>
        </w:rPr>
        <w:t>T-2</w:t>
      </w:r>
      <w:r w:rsidRPr="000D4215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5C3D612E" w14:textId="77777777" w:rsidR="00FA16FD" w:rsidRPr="000D4215" w:rsidRDefault="00FA16FD" w:rsidP="008F681E">
      <w:pPr>
        <w:spacing w:after="3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9C609CA" w14:textId="77777777" w:rsidR="00FA16FD" w:rsidRPr="000D4215" w:rsidRDefault="004E42A7" w:rsidP="008F681E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Ugdymo</w:t>
      </w:r>
      <w:proofErr w:type="spellEnd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planą</w:t>
      </w:r>
      <w:proofErr w:type="spellEnd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rengė</w:t>
      </w:r>
      <w:proofErr w:type="spellEnd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darbo</w:t>
      </w:r>
      <w:proofErr w:type="spellEnd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grupė</w:t>
      </w:r>
      <w:proofErr w:type="spellEnd"/>
      <w:r w:rsidRPr="000D4215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7D726052" w14:textId="63D7F60A" w:rsidR="00FA16FD" w:rsidRPr="000D4215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Daiva Adamkavičienė –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direktoriaus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pavaduotoja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ugdymui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laikinai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vykdanti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direktoriaus</w:t>
      </w:r>
      <w:proofErr w:type="spellEnd"/>
      <w:r w:rsid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funkcijas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darbo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grupės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vadovė</w:t>
      </w:r>
      <w:proofErr w:type="spellEnd"/>
      <w:r w:rsidR="008F681E" w:rsidRPr="000D4215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7E6371B" w14:textId="436BBC40" w:rsidR="00FA16FD" w:rsidRPr="008F681E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Redas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Varvuolis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–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pučiamųjų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instrumentų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vyr</w:t>
      </w:r>
      <w:proofErr w:type="spellEnd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.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mokytojas</w:t>
      </w:r>
      <w:proofErr w:type="spellEnd"/>
      <w:r w:rsidR="008F681E"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;</w:t>
      </w:r>
    </w:p>
    <w:p w14:paraId="45DCD077" w14:textId="4167F876" w:rsidR="00FA16FD" w:rsidRPr="008F681E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Svajonė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Stulgaitienė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–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fortepijono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mokytoja</w:t>
      </w:r>
      <w:proofErr w:type="spellEnd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metodininkiė</w:t>
      </w:r>
      <w:proofErr w:type="spellEnd"/>
      <w:r w:rsidR="008F681E"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;</w:t>
      </w:r>
    </w:p>
    <w:p w14:paraId="43362DE9" w14:textId="05D61251" w:rsidR="00FA16FD" w:rsidRPr="008F681E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Sandra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Gegieckienė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–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muzikos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teorijos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ir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vokalo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mokytoja</w:t>
      </w:r>
      <w:proofErr w:type="spellEnd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metodininkė</w:t>
      </w:r>
      <w:proofErr w:type="spellEnd"/>
      <w:r w:rsidR="008F681E"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;</w:t>
      </w:r>
    </w:p>
    <w:p w14:paraId="108C24D4" w14:textId="1B2731D0" w:rsidR="00FA16FD" w:rsidRPr="008F681E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Jūratė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Sokienė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–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dailės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mokytoja</w:t>
      </w:r>
      <w:proofErr w:type="spellEnd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metodininkė</w:t>
      </w:r>
      <w:proofErr w:type="spellEnd"/>
      <w:r w:rsid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;</w:t>
      </w:r>
    </w:p>
    <w:p w14:paraId="6B6DA30B" w14:textId="7FF08987" w:rsidR="00FA16FD" w:rsidRDefault="004E42A7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Janina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Mažonaitė</w:t>
      </w:r>
      <w:proofErr w:type="spellEnd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–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akordeono</w:t>
      </w:r>
      <w:proofErr w:type="spellEnd"/>
      <w:r w:rsidR="008F681E"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mokytoja</w:t>
      </w:r>
      <w:proofErr w:type="spellEnd"/>
      <w:r w:rsidR="008F681E" w:rsidRPr="008F681E">
        <w:rPr>
          <w:rFonts w:ascii="Times New Roman" w:hAnsi="Times New Roman" w:cs="Times New Roman"/>
          <w:color w:val="auto"/>
          <w:sz w:val="24"/>
          <w:szCs w:val="24"/>
          <w:lang w:val="en-GB"/>
        </w:rPr>
        <w:t>.</w:t>
      </w:r>
    </w:p>
    <w:p w14:paraId="49D8F8D4" w14:textId="23CEAF5D" w:rsid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B2A4E2A" w14:textId="310570C2" w:rsid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38C3919A" w14:textId="41B59397" w:rsid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6DEBEF1B" w14:textId="0F40C431" w:rsid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2B33623" w14:textId="7030A83D" w:rsid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66D3B5FA" w14:textId="4BC2D5DB" w:rsidR="0031204B" w:rsidRPr="0031204B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proofErr w:type="spellStart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>D</w:t>
      </w:r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>irektoriaus</w:t>
      </w:r>
      <w:proofErr w:type="spellEnd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>pavaduotoja</w:t>
      </w:r>
      <w:proofErr w:type="spellEnd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>ugdymui</w:t>
      </w:r>
      <w:proofErr w:type="spellEnd"/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, </w:t>
      </w:r>
      <w:r w:rsidRPr="0031204B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                                         Daiva Adamk</w:t>
      </w:r>
      <w:r>
        <w:rPr>
          <w:rFonts w:ascii="Times New Roman" w:hAnsi="Times New Roman" w:cs="Times New Roman"/>
          <w:color w:val="auto"/>
          <w:sz w:val="24"/>
          <w:szCs w:val="24"/>
          <w:lang w:val="en-GB"/>
        </w:rPr>
        <w:t>avičienė</w:t>
      </w:r>
    </w:p>
    <w:p w14:paraId="15B32FF6" w14:textId="2209A38A" w:rsidR="0031204B" w:rsidRPr="008F681E" w:rsidRDefault="0031204B" w:rsidP="008F681E">
      <w:pPr>
        <w:spacing w:after="40"/>
        <w:ind w:left="340" w:hanging="227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laikinai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vykdanti</w:t>
      </w:r>
      <w:proofErr w:type="spellEnd"/>
      <w:r w:rsidRPr="000D42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direktoriaus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D4215">
        <w:rPr>
          <w:rFonts w:ascii="Times New Roman" w:hAnsi="Times New Roman" w:cs="Times New Roman"/>
          <w:color w:val="auto"/>
          <w:sz w:val="24"/>
          <w:szCs w:val="24"/>
        </w:rPr>
        <w:t>funkcijas</w:t>
      </w:r>
      <w:proofErr w:type="spellEnd"/>
    </w:p>
    <w:sectPr w:rsidR="0031204B" w:rsidRPr="008F681E" w:rsidSect="00034616">
      <w:headerReference w:type="default" r:id="rId8"/>
      <w:footerReference w:type="default" r:id="rId9"/>
      <w:pgSz w:w="11906" w:h="16838"/>
      <w:pgMar w:top="1134" w:right="1134" w:bottom="1020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C2B49" w14:textId="77777777" w:rsidR="003F71DC" w:rsidRDefault="003F71DC">
      <w:pPr>
        <w:spacing w:after="0" w:line="240" w:lineRule="auto"/>
      </w:pPr>
      <w:r>
        <w:separator/>
      </w:r>
    </w:p>
  </w:endnote>
  <w:endnote w:type="continuationSeparator" w:id="0">
    <w:p w14:paraId="15D204AF" w14:textId="77777777" w:rsidR="003F71DC" w:rsidRDefault="003F7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C2E2" w14:textId="77777777" w:rsidR="00FA16FD" w:rsidRPr="008F681E" w:rsidRDefault="004E42A7">
    <w:pPr>
      <w:jc w:val="center"/>
      <w:rPr>
        <w:rFonts w:ascii="Times New Roman" w:hAnsi="Times New Roman" w:cs="Times New Roman"/>
      </w:rPr>
    </w:pPr>
    <w:r w:rsidRPr="008F681E">
      <w:rPr>
        <w:rFonts w:ascii="Times New Roman" w:hAnsi="Times New Roman" w:cs="Times New Roman"/>
        <w:color w:val="5F5F5F"/>
        <w:sz w:val="16"/>
      </w:rPr>
      <w:t xml:space="preserve">2026–2027 </w:t>
    </w:r>
    <w:proofErr w:type="spellStart"/>
    <w:r w:rsidRPr="008F681E">
      <w:rPr>
        <w:rFonts w:ascii="Times New Roman" w:hAnsi="Times New Roman" w:cs="Times New Roman"/>
        <w:color w:val="5F5F5F"/>
        <w:sz w:val="16"/>
      </w:rPr>
      <w:t>mokslo</w:t>
    </w:r>
    <w:proofErr w:type="spellEnd"/>
    <w:r w:rsidRPr="008F681E">
      <w:rPr>
        <w:rFonts w:ascii="Times New Roman" w:hAnsi="Times New Roman" w:cs="Times New Roman"/>
        <w:color w:val="5F5F5F"/>
        <w:sz w:val="16"/>
      </w:rPr>
      <w:t xml:space="preserve"> </w:t>
    </w:r>
    <w:proofErr w:type="spellStart"/>
    <w:r w:rsidRPr="008F681E">
      <w:rPr>
        <w:rFonts w:ascii="Times New Roman" w:hAnsi="Times New Roman" w:cs="Times New Roman"/>
        <w:color w:val="5F5F5F"/>
        <w:sz w:val="16"/>
      </w:rPr>
      <w:t>metai</w:t>
    </w:r>
    <w:proofErr w:type="spellEnd"/>
    <w:r w:rsidRPr="008F681E">
      <w:rPr>
        <w:rFonts w:ascii="Times New Roman" w:hAnsi="Times New Roman" w:cs="Times New Roman"/>
        <w:color w:val="5F5F5F"/>
        <w:sz w:val="16"/>
      </w:rPr>
      <w:t xml:space="preserve">  •  </w:t>
    </w:r>
    <w:r w:rsidRPr="008F681E">
      <w:rPr>
        <w:rFonts w:ascii="Times New Roman" w:hAnsi="Times New Roman" w:cs="Times New Roman"/>
      </w:rPr>
      <w:fldChar w:fldCharType="begin"/>
    </w:r>
    <w:r w:rsidRPr="008F681E">
      <w:rPr>
        <w:rFonts w:ascii="Times New Roman" w:hAnsi="Times New Roman" w:cs="Times New Roman"/>
      </w:rPr>
      <w:instrText>PAGE</w:instrText>
    </w:r>
    <w:r w:rsidRPr="008F681E">
      <w:rPr>
        <w:rFonts w:ascii="Times New Roman" w:hAnsi="Times New Roman" w:cs="Times New Roman"/>
      </w:rPr>
      <w:fldChar w:fldCharType="separate"/>
    </w:r>
    <w:r w:rsidR="008F681E" w:rsidRPr="008F681E">
      <w:rPr>
        <w:rFonts w:ascii="Times New Roman" w:hAnsi="Times New Roman" w:cs="Times New Roman"/>
        <w:noProof/>
      </w:rPr>
      <w:t>1</w:t>
    </w:r>
    <w:r w:rsidRPr="008F681E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55C7E" w14:textId="77777777" w:rsidR="003F71DC" w:rsidRDefault="003F71DC">
      <w:pPr>
        <w:spacing w:after="0" w:line="240" w:lineRule="auto"/>
      </w:pPr>
      <w:r>
        <w:separator/>
      </w:r>
    </w:p>
  </w:footnote>
  <w:footnote w:type="continuationSeparator" w:id="0">
    <w:p w14:paraId="50C582AC" w14:textId="77777777" w:rsidR="003F71DC" w:rsidRDefault="003F7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B46" w14:textId="6387EB7B" w:rsidR="00FA16FD" w:rsidRPr="008F681E" w:rsidRDefault="004E42A7">
    <w:pPr>
      <w:rPr>
        <w:rFonts w:ascii="Times New Roman" w:hAnsi="Times New Roman" w:cs="Times New Roman"/>
        <w:color w:val="auto"/>
        <w:lang w:val="pl-PL"/>
      </w:rPr>
    </w:pPr>
    <w:r w:rsidRPr="008F681E">
      <w:rPr>
        <w:rFonts w:ascii="Times New Roman" w:hAnsi="Times New Roman" w:cs="Times New Roman"/>
        <w:b/>
        <w:color w:val="auto"/>
        <w:sz w:val="16"/>
        <w:lang w:val="pl-PL"/>
      </w:rPr>
      <w:t>PAKRUOJO JUOZO PAKALNIO MENŲ MOKYKLA UGDYMO PLANAS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6E5E2D"/>
    <w:multiLevelType w:val="multilevel"/>
    <w:tmpl w:val="2BDCF032"/>
    <w:lvl w:ilvl="0">
      <w:start w:val="4"/>
      <w:numFmt w:val="decimal"/>
      <w:lvlText w:val="%1."/>
      <w:lvlJc w:val="left"/>
      <w:pPr>
        <w:tabs>
          <w:tab w:val="num" w:pos="1200"/>
        </w:tabs>
        <w:ind w:left="1200" w:hanging="480"/>
      </w:pPr>
      <w:rPr>
        <w:b/>
        <w:bCs/>
      </w:rPr>
    </w:lvl>
    <w:lvl w:ilvl="1">
      <w:start w:val="11"/>
      <w:numFmt w:val="decimal"/>
      <w:pStyle w:val="prastasisabipusis"/>
      <w:lvlText w:val="%1.%2."/>
      <w:lvlJc w:val="left"/>
      <w:pPr>
        <w:tabs>
          <w:tab w:val="num" w:pos="1900"/>
        </w:tabs>
        <w:ind w:left="1900" w:hanging="480"/>
      </w:pPr>
      <w:rPr>
        <w:b/>
        <w:bCs/>
      </w:rPr>
    </w:lvl>
    <w:lvl w:ilvl="2">
      <w:start w:val="1"/>
      <w:numFmt w:val="lowerLetter"/>
      <w:lvlText w:val="%1.%2.%3."/>
      <w:lvlJc w:val="left"/>
      <w:pPr>
        <w:tabs>
          <w:tab w:val="num" w:pos="2160"/>
        </w:tabs>
        <w:ind w:left="216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b/>
        <w:bCs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  <w:lvlOverride w:ilvl="0">
      <w:startOverride w:val="4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81A"/>
    <w:rsid w:val="000D06F1"/>
    <w:rsid w:val="000D4215"/>
    <w:rsid w:val="0015074B"/>
    <w:rsid w:val="00235137"/>
    <w:rsid w:val="0029639D"/>
    <w:rsid w:val="002B1F23"/>
    <w:rsid w:val="0031204B"/>
    <w:rsid w:val="00326F90"/>
    <w:rsid w:val="003724EC"/>
    <w:rsid w:val="003F71DC"/>
    <w:rsid w:val="004514BE"/>
    <w:rsid w:val="004B0572"/>
    <w:rsid w:val="004C4FD6"/>
    <w:rsid w:val="004E0A09"/>
    <w:rsid w:val="004E42A7"/>
    <w:rsid w:val="004F56AC"/>
    <w:rsid w:val="00536534"/>
    <w:rsid w:val="005906E0"/>
    <w:rsid w:val="005A5294"/>
    <w:rsid w:val="00685E0E"/>
    <w:rsid w:val="006865AE"/>
    <w:rsid w:val="006A52CE"/>
    <w:rsid w:val="008F681E"/>
    <w:rsid w:val="009123F5"/>
    <w:rsid w:val="00983ECE"/>
    <w:rsid w:val="009C1712"/>
    <w:rsid w:val="009F4C08"/>
    <w:rsid w:val="00A1288A"/>
    <w:rsid w:val="00AA1D8D"/>
    <w:rsid w:val="00B47730"/>
    <w:rsid w:val="00B81276"/>
    <w:rsid w:val="00B95135"/>
    <w:rsid w:val="00C476BE"/>
    <w:rsid w:val="00C867A2"/>
    <w:rsid w:val="00CB0664"/>
    <w:rsid w:val="00CD54AF"/>
    <w:rsid w:val="00D03C7B"/>
    <w:rsid w:val="00D8467A"/>
    <w:rsid w:val="00E1442C"/>
    <w:rsid w:val="00E1733A"/>
    <w:rsid w:val="00E8166E"/>
    <w:rsid w:val="00E8579C"/>
    <w:rsid w:val="00F35B4D"/>
    <w:rsid w:val="00FA16FD"/>
    <w:rsid w:val="00FC693F"/>
    <w:rsid w:val="00FD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4FC5D"/>
  <w14:defaultImageDpi w14:val="300"/>
  <w15:docId w15:val="{911A41B2-3193-424D-AA3E-9E48E050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80" w:line="259" w:lineRule="auto"/>
    </w:pPr>
    <w:rPr>
      <w:rFonts w:ascii="Arial" w:hAnsi="Arial"/>
      <w:color w:val="2D2D2D"/>
      <w:sz w:val="21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702336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702336"/>
      <w:sz w:val="24"/>
      <w:szCs w:val="2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702336"/>
      <w:sz w:val="2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4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5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agrindiniotekstotrauka">
    <w:name w:val="Body Text Indent"/>
    <w:basedOn w:val="prastasis"/>
    <w:link w:val="PagrindiniotekstotraukaDiagrama"/>
    <w:unhideWhenUsed/>
    <w:rsid w:val="004B0572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B0572"/>
    <w:rPr>
      <w:rFonts w:ascii="Arial" w:hAnsi="Arial"/>
      <w:color w:val="2D2D2D"/>
      <w:sz w:val="21"/>
    </w:rPr>
  </w:style>
  <w:style w:type="paragraph" w:styleId="prastasiniatinklio">
    <w:name w:val="Normal (Web)"/>
    <w:aliases w:val="Įprastasis (tinklapis)"/>
    <w:basedOn w:val="prastasis"/>
    <w:rsid w:val="005A5294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auto"/>
      <w:sz w:val="24"/>
      <w:lang w:val="lt-LT" w:eastAsia="lt-LT"/>
    </w:rPr>
  </w:style>
  <w:style w:type="paragraph" w:customStyle="1" w:styleId="Default">
    <w:name w:val="Default"/>
    <w:rsid w:val="005A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A5294"/>
    <w:rPr>
      <w:rFonts w:ascii="Segoe UI" w:eastAsia="Calibri" w:hAnsi="Segoe UI"/>
      <w:sz w:val="18"/>
      <w:szCs w:val="18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rsid w:val="005A5294"/>
    <w:pPr>
      <w:spacing w:after="0" w:line="240" w:lineRule="auto"/>
    </w:pPr>
    <w:rPr>
      <w:rFonts w:ascii="Segoe UI" w:eastAsia="Calibri" w:hAnsi="Segoe UI"/>
      <w:color w:val="auto"/>
      <w:sz w:val="18"/>
      <w:szCs w:val="18"/>
      <w:lang w:val="lt-LT" w:eastAsia="lt-LT"/>
    </w:rPr>
  </w:style>
  <w:style w:type="character" w:styleId="Puslapionumeris">
    <w:name w:val="page number"/>
    <w:basedOn w:val="Numatytasispastraiposriftas"/>
    <w:uiPriority w:val="99"/>
    <w:rsid w:val="005A5294"/>
    <w:rPr>
      <w:rFonts w:cs="Times New Roman"/>
    </w:rPr>
  </w:style>
  <w:style w:type="paragraph" w:customStyle="1" w:styleId="Style20">
    <w:name w:val="_Style 20"/>
    <w:basedOn w:val="prastasis"/>
    <w:rsid w:val="005A5294"/>
    <w:pPr>
      <w:spacing w:after="160" w:line="240" w:lineRule="exact"/>
    </w:pPr>
    <w:rPr>
      <w:rFonts w:ascii="Tahoma" w:eastAsia="SimSun" w:hAnsi="Tahoma"/>
      <w:color w:val="auto"/>
      <w:sz w:val="20"/>
      <w:szCs w:val="20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A5294"/>
    <w:rPr>
      <w:rFonts w:ascii="Times New Roman" w:eastAsia="Calibri" w:hAnsi="Times New Roman"/>
      <w:sz w:val="20"/>
      <w:szCs w:val="20"/>
      <w:lang w:val="lt-LT" w:eastAsia="lt-LT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A5294"/>
    <w:pPr>
      <w:spacing w:after="0" w:line="240" w:lineRule="auto"/>
    </w:pPr>
    <w:rPr>
      <w:rFonts w:ascii="Times New Roman" w:eastAsia="Calibri" w:hAnsi="Times New Roman"/>
      <w:color w:val="auto"/>
      <w:sz w:val="20"/>
      <w:szCs w:val="20"/>
      <w:lang w:val="lt-LT" w:eastAsia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A5294"/>
    <w:rPr>
      <w:rFonts w:ascii="Times New Roman" w:eastAsia="Calibri" w:hAnsi="Times New Roman"/>
      <w:b/>
      <w:bCs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A5294"/>
    <w:rPr>
      <w:b/>
      <w:bCs/>
    </w:rPr>
  </w:style>
  <w:style w:type="paragraph" w:customStyle="1" w:styleId="prastasisabipusis">
    <w:name w:val="Įprastasis + abipusis"/>
    <w:basedOn w:val="prastasis"/>
    <w:uiPriority w:val="99"/>
    <w:rsid w:val="005A5294"/>
    <w:pPr>
      <w:numPr>
        <w:ilvl w:val="1"/>
        <w:numId w:val="7"/>
      </w:numPr>
      <w:spacing w:after="0" w:line="240" w:lineRule="auto"/>
      <w:ind w:hanging="20"/>
      <w:jc w:val="both"/>
    </w:pPr>
    <w:rPr>
      <w:rFonts w:ascii="Times New Roman" w:eastAsia="SimSun" w:hAnsi="Times New Roman" w:cs="Times New Roman"/>
      <w:b/>
      <w:bCs/>
      <w:color w:val="auto"/>
      <w:sz w:val="24"/>
      <w:szCs w:val="24"/>
      <w:lang w:val="lt-LT" w:eastAsia="zh-CN"/>
    </w:rPr>
  </w:style>
  <w:style w:type="character" w:customStyle="1" w:styleId="ms-rtefontface-5">
    <w:name w:val="ms-rtefontface-5"/>
    <w:basedOn w:val="Numatytasispastraiposriftas"/>
    <w:rsid w:val="005A5294"/>
  </w:style>
  <w:style w:type="paragraph" w:customStyle="1" w:styleId="Sraopastraipa1">
    <w:name w:val="Sąrašo pastraipa1"/>
    <w:basedOn w:val="prastasis"/>
    <w:uiPriority w:val="34"/>
    <w:qFormat/>
    <w:rsid w:val="005A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12</Pages>
  <Words>3373</Words>
  <Characters>19230</Characters>
  <Application>Microsoft Office Word</Application>
  <DocSecurity>0</DocSecurity>
  <Lines>160</Lines>
  <Paragraphs>45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Pakruojo Juozo Pakalnio menų mokyklos 2026–2027 mokslo metų ugdymo planas</vt:lpstr>
      <vt:lpstr/>
    </vt:vector>
  </TitlesOfParts>
  <Manager/>
  <Company/>
  <LinksUpToDate>false</LinksUpToDate>
  <CharactersWithSpaces>22558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Pakruojo Juozo Pakalnio menų mokyklos 2026–2027 mokslo metų ugdymo planas</dc:title>
  <dc:subject>Ugdymo plano projektas</dc:subject>
  <dc:creator>Pakruojo Juozo Pakalnio menų mokykla</dc:creator>
  <cp:keywords/>
  <dc:description>generated by python-docx</dc:description>
  <cp:lastModifiedBy>Daiva Adamkavičienė</cp:lastModifiedBy>
  <cp:revision>11</cp:revision>
  <dcterms:created xsi:type="dcterms:W3CDTF">2026-08-17T08:51:00Z</dcterms:created>
  <dcterms:modified xsi:type="dcterms:W3CDTF">2026-10-02T07:43:00Z</dcterms:modified>
  <cp:category/>
</cp:coreProperties>
</file>